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A609EB" w:rsidRPr="00156251" w:rsidTr="007A2CD6">
        <w:tc>
          <w:tcPr>
            <w:tcW w:w="9923" w:type="dxa"/>
            <w:vAlign w:val="center"/>
          </w:tcPr>
          <w:p w:rsidR="00A609EB" w:rsidRPr="00876315" w:rsidRDefault="00A609EB" w:rsidP="007A2CD6">
            <w:pPr>
              <w:widowControl w:val="0"/>
              <w:tabs>
                <w:tab w:val="left" w:pos="7822"/>
              </w:tabs>
              <w:spacing w:before="120" w:after="120"/>
              <w:jc w:val="center"/>
              <w:rPr>
                <w:rFonts w:ascii="Arial" w:hAnsi="Arial" w:cs="Arial"/>
                <w:b/>
                <w:bCs/>
                <w:lang w:val="fr-FR"/>
              </w:rPr>
            </w:pPr>
            <w:r w:rsidRPr="00876315">
              <w:rPr>
                <w:rFonts w:ascii="Arial" w:hAnsi="Arial" w:cs="Arial"/>
                <w:b/>
                <w:bCs/>
                <w:lang w:val="fr-FR"/>
              </w:rPr>
              <w:t xml:space="preserve">BTS </w:t>
            </w:r>
            <w:r w:rsidRPr="00876315">
              <w:rPr>
                <w:rFonts w:ascii="Arial" w:hAnsi="Arial" w:cs="Arial"/>
                <w:b/>
                <w:caps/>
                <w:lang w:val="fr-FR"/>
              </w:rPr>
              <w:t>Services informatiques aux organisations</w:t>
            </w:r>
            <w:r w:rsidRPr="00876315">
              <w:rPr>
                <w:rFonts w:ascii="Arial" w:hAnsi="Arial" w:cs="Arial"/>
                <w:b/>
                <w:bCs/>
                <w:lang w:val="fr-FR"/>
              </w:rPr>
              <w:tab/>
              <w:t>SESSION 2026</w:t>
            </w:r>
          </w:p>
          <w:p w:rsidR="00A609EB" w:rsidRPr="00876315" w:rsidRDefault="00A609EB" w:rsidP="007A2CD6">
            <w:pPr>
              <w:spacing w:before="120" w:after="120"/>
              <w:jc w:val="center"/>
              <w:outlineLvl w:val="0"/>
              <w:rPr>
                <w:rFonts w:ascii="Arial" w:hAnsi="Arial" w:cs="Arial"/>
                <w:b/>
                <w:lang w:val="fr-FR"/>
              </w:rPr>
            </w:pPr>
            <w:r w:rsidRPr="00876315">
              <w:rPr>
                <w:rFonts w:ascii="Arial" w:hAnsi="Arial" w:cs="Arial"/>
                <w:b/>
                <w:lang w:val="fr-FR"/>
              </w:rPr>
              <w:t xml:space="preserve">ANNEXE VII : </w:t>
            </w:r>
            <w:r w:rsidRPr="00876315">
              <w:rPr>
                <w:rFonts w:ascii="Arial" w:hAnsi="Arial"/>
                <w:b/>
                <w:lang w:val="fr-FR"/>
              </w:rPr>
              <w:t>Déroulement et évaluation de l'épreuve E6</w:t>
            </w:r>
          </w:p>
          <w:p w:rsidR="00A609EB" w:rsidRPr="00876315" w:rsidRDefault="00A609EB" w:rsidP="007A2CD6">
            <w:pPr>
              <w:spacing w:before="120" w:after="120"/>
              <w:jc w:val="center"/>
              <w:rPr>
                <w:rFonts w:ascii="Arial" w:hAnsi="Arial"/>
                <w:lang w:val="fr-FR"/>
              </w:rPr>
            </w:pPr>
            <w:r w:rsidRPr="00876315">
              <w:rPr>
                <w:rFonts w:ascii="Arial" w:hAnsi="Arial"/>
                <w:b/>
                <w:lang w:val="fr-FR" w:eastAsia="fr-FR"/>
              </w:rPr>
              <w:t>Administration des systèmes et des réseaux (option SISR)</w:t>
            </w:r>
            <w:r w:rsidRPr="00876315">
              <w:rPr>
                <w:rFonts w:ascii="Arial" w:hAnsi="Arial"/>
                <w:bCs/>
                <w:lang w:val="fr-FR" w:eastAsia="fr-FR"/>
              </w:rPr>
              <w:t xml:space="preserve"> </w:t>
            </w:r>
            <w:r w:rsidRPr="00876315">
              <w:rPr>
                <w:rFonts w:ascii="Arial" w:hAnsi="Arial"/>
                <w:b/>
                <w:bCs/>
                <w:lang w:val="fr-FR" w:eastAsia="fr-FR"/>
              </w:rPr>
              <w:t xml:space="preserve">- </w:t>
            </w:r>
            <w:r w:rsidRPr="00876315">
              <w:rPr>
                <w:rFonts w:ascii="Arial" w:hAnsi="Arial"/>
                <w:b/>
                <w:lang w:val="fr-FR"/>
              </w:rPr>
              <w:t>Coefficient 4</w:t>
            </w:r>
          </w:p>
          <w:p w:rsidR="00A609EB" w:rsidRPr="00876315" w:rsidRDefault="00A609EB" w:rsidP="007A2CD6">
            <w:pPr>
              <w:spacing w:before="120" w:after="120"/>
              <w:jc w:val="center"/>
              <w:rPr>
                <w:rFonts w:ascii="Arial" w:hAnsi="Arial" w:cs="Arial"/>
                <w:bCs/>
                <w:u w:val="single"/>
                <w:lang w:val="fr-FR"/>
              </w:rPr>
            </w:pPr>
            <w:r w:rsidRPr="00876315">
              <w:rPr>
                <w:rFonts w:ascii="Arial" w:hAnsi="Arial"/>
                <w:b/>
                <w:lang w:val="fr-FR" w:eastAsia="fr-FR"/>
              </w:rPr>
              <w:t>Conception et développement d’application (option SLAM)</w:t>
            </w:r>
            <w:r w:rsidRPr="00876315">
              <w:rPr>
                <w:rFonts w:ascii="Arial" w:hAnsi="Arial"/>
                <w:bCs/>
                <w:lang w:val="fr-FR" w:eastAsia="fr-FR"/>
              </w:rPr>
              <w:t xml:space="preserve"> </w:t>
            </w:r>
            <w:r w:rsidRPr="00876315">
              <w:rPr>
                <w:rFonts w:ascii="Arial" w:hAnsi="Arial"/>
                <w:b/>
                <w:bCs/>
                <w:lang w:val="fr-FR" w:eastAsia="fr-FR"/>
              </w:rPr>
              <w:t xml:space="preserve">- </w:t>
            </w:r>
            <w:r w:rsidRPr="00876315">
              <w:rPr>
                <w:rFonts w:ascii="Arial" w:hAnsi="Arial"/>
                <w:b/>
                <w:lang w:val="fr-FR"/>
              </w:rPr>
              <w:t>Coefficient 4</w:t>
            </w:r>
          </w:p>
        </w:tc>
      </w:tr>
    </w:tbl>
    <w:p w:rsidR="00A609EB" w:rsidRPr="00876315" w:rsidRDefault="00A609EB" w:rsidP="00A609EB">
      <w:pPr>
        <w:rPr>
          <w:rFonts w:ascii="Arial" w:hAnsi="Arial" w:cs="Arial"/>
          <w:lang w:val="fr-FR"/>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A609EB" w:rsidRPr="00156251" w:rsidTr="007A2CD6">
        <w:tc>
          <w:tcPr>
            <w:tcW w:w="9923" w:type="dxa"/>
          </w:tcPr>
          <w:p w:rsidR="00A609EB" w:rsidRPr="00876315" w:rsidRDefault="00A609EB" w:rsidP="007A2CD6">
            <w:pPr>
              <w:widowControl w:val="0"/>
              <w:tabs>
                <w:tab w:val="left" w:pos="7822"/>
              </w:tabs>
              <w:spacing w:before="120" w:after="120"/>
              <w:rPr>
                <w:rFonts w:ascii="Arial" w:hAnsi="Arial" w:cs="Arial"/>
                <w:b/>
                <w:bCs/>
                <w:lang w:val="fr-FR"/>
              </w:rPr>
            </w:pPr>
            <w:r w:rsidRPr="00876315">
              <w:rPr>
                <w:rFonts w:ascii="Arial" w:hAnsi="Arial" w:cs="Arial"/>
                <w:b/>
                <w:bCs/>
                <w:lang w:val="fr-FR"/>
              </w:rPr>
              <w:t xml:space="preserve">BTS </w:t>
            </w:r>
            <w:r w:rsidRPr="00876315">
              <w:rPr>
                <w:rFonts w:ascii="Arial" w:hAnsi="Arial" w:cs="Arial"/>
                <w:b/>
                <w:caps/>
                <w:lang w:val="fr-FR"/>
              </w:rPr>
              <w:t>Services informatiques aux organisations</w:t>
            </w:r>
            <w:r w:rsidRPr="00876315">
              <w:rPr>
                <w:rFonts w:ascii="Arial" w:hAnsi="Arial" w:cs="Arial"/>
                <w:b/>
                <w:bCs/>
                <w:lang w:val="fr-FR"/>
              </w:rPr>
              <w:tab/>
              <w:t>SESSION 2026</w:t>
            </w:r>
          </w:p>
          <w:p w:rsidR="00A609EB" w:rsidRPr="00876315" w:rsidRDefault="00A609EB" w:rsidP="007A2CD6">
            <w:pPr>
              <w:spacing w:before="120" w:after="120"/>
              <w:jc w:val="center"/>
              <w:rPr>
                <w:rFonts w:ascii="Arial" w:hAnsi="Arial"/>
                <w:b/>
                <w:bCs/>
                <w:lang w:val="fr-FR" w:eastAsia="fr-FR"/>
              </w:rPr>
            </w:pPr>
            <w:r w:rsidRPr="00876315">
              <w:rPr>
                <w:rFonts w:ascii="Arial" w:hAnsi="Arial" w:cs="Arial"/>
                <w:b/>
                <w:bCs/>
                <w:lang w:val="fr-FR"/>
              </w:rPr>
              <w:t xml:space="preserve">ANNEXE VII-1-B : </w:t>
            </w:r>
            <w:r w:rsidRPr="00876315">
              <w:rPr>
                <w:rFonts w:ascii="Arial" w:hAnsi="Arial"/>
                <w:b/>
                <w:bCs/>
                <w:lang w:val="fr-FR"/>
              </w:rPr>
              <w:t>Fiche descriptive de réalisation professionnelle (recto)</w:t>
            </w:r>
          </w:p>
          <w:p w:rsidR="00A609EB" w:rsidRPr="00876315" w:rsidRDefault="00A609EB" w:rsidP="007A2CD6">
            <w:pPr>
              <w:spacing w:before="120" w:after="120"/>
              <w:jc w:val="center"/>
              <w:rPr>
                <w:rFonts w:ascii="Arial" w:hAnsi="Arial"/>
                <w:b/>
                <w:lang w:val="fr-FR" w:eastAsia="fr-FR"/>
              </w:rPr>
            </w:pPr>
            <w:r w:rsidRPr="00876315">
              <w:rPr>
                <w:rFonts w:ascii="Arial" w:hAnsi="Arial"/>
                <w:b/>
                <w:bCs/>
                <w:lang w:val="fr-FR" w:eastAsia="fr-FR"/>
              </w:rPr>
              <w:t>Épreuve E6 - Conception et développement d’applications (option SLAM)</w:t>
            </w:r>
            <w:r w:rsidRPr="00876315">
              <w:rPr>
                <w:rFonts w:ascii="Arial" w:hAnsi="Arial"/>
                <w:b/>
                <w:lang w:val="fr-FR" w:eastAsia="fr-FR"/>
              </w:rPr>
              <w:t xml:space="preserve"> </w:t>
            </w:r>
          </w:p>
        </w:tc>
      </w:tr>
    </w:tbl>
    <w:p w:rsidR="00A609EB" w:rsidRPr="00876315" w:rsidRDefault="00A609EB" w:rsidP="00A609EB">
      <w:pPr>
        <w:outlineLvl w:val="0"/>
        <w:rPr>
          <w:rFonts w:ascii="Arial" w:hAnsi="Arial" w:cs="Arial"/>
          <w:bCs/>
          <w:sz w:val="11"/>
          <w:szCs w:val="11"/>
          <w:u w:val="single"/>
          <w:lang w:val="fr-FR"/>
        </w:rPr>
      </w:pPr>
    </w:p>
    <w:tbl>
      <w:tblPr>
        <w:tblW w:w="9923" w:type="dxa"/>
        <w:tblInd w:w="-147" w:type="dxa"/>
        <w:tblLayout w:type="fixed"/>
        <w:tblCellMar>
          <w:left w:w="0" w:type="dxa"/>
          <w:right w:w="0" w:type="dxa"/>
        </w:tblCellMar>
        <w:tblLook w:val="0000" w:firstRow="0" w:lastRow="0" w:firstColumn="0" w:lastColumn="0" w:noHBand="0" w:noVBand="0"/>
      </w:tblPr>
      <w:tblGrid>
        <w:gridCol w:w="3119"/>
        <w:gridCol w:w="4111"/>
        <w:gridCol w:w="709"/>
        <w:gridCol w:w="1984"/>
      </w:tblGrid>
      <w:tr w:rsidR="00A609EB" w:rsidRPr="00AE43D0" w:rsidTr="007A2CD6">
        <w:trPr>
          <w:cantSplit/>
          <w:trHeight w:val="406"/>
        </w:trPr>
        <w:tc>
          <w:tcPr>
            <w:tcW w:w="7939" w:type="dxa"/>
            <w:gridSpan w:val="3"/>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A609EB" w:rsidRPr="00AE43D0" w:rsidRDefault="00A609EB" w:rsidP="007A2CD6">
            <w:pPr>
              <w:snapToGrid w:val="0"/>
              <w:spacing w:before="120" w:after="120"/>
              <w:jc w:val="center"/>
              <w:rPr>
                <w:rFonts w:ascii="Arial" w:hAnsi="Arial"/>
                <w:b/>
                <w:sz w:val="20"/>
              </w:rPr>
            </w:pPr>
            <w:r>
              <w:rPr>
                <w:rFonts w:ascii="Arial" w:hAnsi="Arial"/>
                <w:b/>
              </w:rPr>
              <w:t>DESCRIPTION D’UNE RÉALISATION PROFESSIONNELLE</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A609EB" w:rsidRPr="00AE43D0" w:rsidRDefault="00A609EB" w:rsidP="007A2CD6">
            <w:pPr>
              <w:tabs>
                <w:tab w:val="right" w:leader="dot" w:pos="1837"/>
              </w:tabs>
              <w:snapToGrid w:val="0"/>
              <w:spacing w:before="120" w:after="60"/>
              <w:rPr>
                <w:rFonts w:ascii="Arial" w:hAnsi="Arial"/>
                <w:b/>
                <w:sz w:val="20"/>
              </w:rPr>
            </w:pPr>
            <w:r>
              <w:rPr>
                <w:rFonts w:ascii="Arial" w:hAnsi="Arial"/>
                <w:b/>
                <w:sz w:val="20"/>
              </w:rPr>
              <w:t xml:space="preserve">N° </w:t>
            </w:r>
            <w:proofErr w:type="spellStart"/>
            <w:proofErr w:type="gramStart"/>
            <w:r>
              <w:rPr>
                <w:rFonts w:ascii="Arial" w:hAnsi="Arial"/>
                <w:b/>
                <w:sz w:val="20"/>
              </w:rPr>
              <w:t>réalisation</w:t>
            </w:r>
            <w:proofErr w:type="spellEnd"/>
            <w:r>
              <w:rPr>
                <w:rFonts w:ascii="Arial" w:hAnsi="Arial"/>
                <w:b/>
                <w:sz w:val="20"/>
              </w:rPr>
              <w:t> :</w:t>
            </w:r>
            <w:proofErr w:type="gramEnd"/>
            <w:r>
              <w:rPr>
                <w:rFonts w:ascii="Arial" w:hAnsi="Arial"/>
                <w:b/>
                <w:sz w:val="20"/>
              </w:rPr>
              <w:t xml:space="preserve"> 1</w:t>
            </w:r>
          </w:p>
        </w:tc>
      </w:tr>
      <w:tr w:rsidR="00A609EB" w:rsidRPr="00AE43D0" w:rsidTr="007A2CD6">
        <w:trPr>
          <w:cantSplit/>
          <w:trHeight w:val="438"/>
        </w:trPr>
        <w:tc>
          <w:tcPr>
            <w:tcW w:w="7230" w:type="dxa"/>
            <w:gridSpan w:val="2"/>
            <w:tcBorders>
              <w:top w:val="single" w:sz="4" w:space="0" w:color="000000" w:themeColor="text1"/>
              <w:left w:val="single" w:sz="4" w:space="0" w:color="000000" w:themeColor="text1"/>
              <w:right w:val="single" w:sz="4" w:space="0" w:color="000000" w:themeColor="text1"/>
            </w:tcBorders>
          </w:tcPr>
          <w:p w:rsidR="00A609EB" w:rsidRPr="00AE43D0" w:rsidRDefault="00A609EB" w:rsidP="007A2CD6">
            <w:pPr>
              <w:snapToGrid w:val="0"/>
              <w:spacing w:before="60" w:after="60"/>
              <w:rPr>
                <w:rFonts w:ascii="Arial" w:hAnsi="Arial"/>
                <w:b/>
                <w:sz w:val="20"/>
              </w:rPr>
            </w:pPr>
            <w:r>
              <w:rPr>
                <w:rFonts w:ascii="Arial" w:hAnsi="Arial"/>
                <w:b/>
                <w:sz w:val="20"/>
              </w:rPr>
              <w:t>Nom,</w:t>
            </w:r>
            <w:r w:rsidRPr="00AE43D0">
              <w:rPr>
                <w:rFonts w:ascii="Arial" w:hAnsi="Arial"/>
                <w:b/>
                <w:sz w:val="20"/>
              </w:rPr>
              <w:t xml:space="preserve"> </w:t>
            </w:r>
            <w:proofErr w:type="spellStart"/>
            <w:proofErr w:type="gramStart"/>
            <w:r w:rsidRPr="00AE43D0">
              <w:rPr>
                <w:rFonts w:ascii="Arial" w:hAnsi="Arial"/>
                <w:b/>
                <w:sz w:val="20"/>
              </w:rPr>
              <w:t>prénom</w:t>
            </w:r>
            <w:proofErr w:type="spellEnd"/>
            <w:r w:rsidRPr="00AE43D0">
              <w:rPr>
                <w:rFonts w:ascii="Arial" w:hAnsi="Arial"/>
                <w:b/>
                <w:sz w:val="20"/>
              </w:rPr>
              <w:t xml:space="preserve"> :</w:t>
            </w:r>
            <w:proofErr w:type="gramEnd"/>
            <w:r>
              <w:rPr>
                <w:rFonts w:ascii="Arial" w:hAnsi="Arial"/>
                <w:b/>
                <w:sz w:val="20"/>
              </w:rPr>
              <w:t xml:space="preserve"> </w:t>
            </w:r>
            <w:proofErr w:type="spellStart"/>
            <w:r>
              <w:rPr>
                <w:rFonts w:ascii="Arial" w:hAnsi="Arial"/>
                <w:b/>
                <w:sz w:val="20"/>
              </w:rPr>
              <w:t>Poussy</w:t>
            </w:r>
            <w:proofErr w:type="spellEnd"/>
            <w:r>
              <w:rPr>
                <w:rFonts w:ascii="Arial" w:hAnsi="Arial"/>
                <w:b/>
                <w:sz w:val="20"/>
              </w:rPr>
              <w:t xml:space="preserve"> Sacha</w:t>
            </w:r>
          </w:p>
        </w:tc>
        <w:tc>
          <w:tcPr>
            <w:tcW w:w="2693" w:type="dxa"/>
            <w:gridSpan w:val="2"/>
            <w:tcBorders>
              <w:top w:val="single" w:sz="4" w:space="0" w:color="000000" w:themeColor="text1"/>
              <w:left w:val="single" w:sz="4" w:space="0" w:color="000000" w:themeColor="text1"/>
              <w:right w:val="single" w:sz="4" w:space="0" w:color="000000" w:themeColor="text1"/>
            </w:tcBorders>
          </w:tcPr>
          <w:p w:rsidR="00A609EB" w:rsidRPr="00AE43D0" w:rsidRDefault="00A609EB" w:rsidP="007A2CD6">
            <w:pPr>
              <w:snapToGrid w:val="0"/>
              <w:spacing w:before="60" w:after="60"/>
              <w:rPr>
                <w:rFonts w:ascii="Arial" w:hAnsi="Arial"/>
                <w:b/>
                <w:sz w:val="20"/>
              </w:rPr>
            </w:pPr>
            <w:r w:rsidRPr="00AE43D0">
              <w:rPr>
                <w:rFonts w:ascii="Arial" w:hAnsi="Arial"/>
                <w:b/>
                <w:sz w:val="20"/>
                <w:szCs w:val="20"/>
              </w:rPr>
              <w:t xml:space="preserve">N° </w:t>
            </w:r>
            <w:proofErr w:type="spellStart"/>
            <w:r w:rsidRPr="00AE43D0">
              <w:rPr>
                <w:rFonts w:ascii="Arial" w:hAnsi="Arial"/>
                <w:b/>
                <w:sz w:val="20"/>
                <w:szCs w:val="20"/>
              </w:rPr>
              <w:t>candidat</w:t>
            </w:r>
            <w:proofErr w:type="spellEnd"/>
            <w:r w:rsidRPr="00AE43D0">
              <w:rPr>
                <w:rFonts w:ascii="Arial" w:hAnsi="Arial"/>
                <w:b/>
                <w:sz w:val="20"/>
                <w:szCs w:val="20"/>
              </w:rPr>
              <w:t> :</w:t>
            </w:r>
            <w:r>
              <w:rPr>
                <w:rFonts w:ascii="Arial" w:hAnsi="Arial"/>
                <w:b/>
                <w:sz w:val="20"/>
                <w:szCs w:val="20"/>
              </w:rPr>
              <w:t xml:space="preserve"> </w:t>
            </w:r>
            <w:r>
              <w:rPr>
                <w:rFonts w:ascii="Arial" w:hAnsi="Arial"/>
                <w:b/>
                <w:bCs/>
                <w:sz w:val="20"/>
                <w:szCs w:val="20"/>
              </w:rPr>
              <w:t>01946801371</w:t>
            </w:r>
          </w:p>
        </w:tc>
      </w:tr>
      <w:tr w:rsidR="00A609EB" w:rsidRPr="00AE43D0" w:rsidTr="007A2CD6">
        <w:trPr>
          <w:cantSplit/>
          <w:trHeight w:val="406"/>
        </w:trPr>
        <w:tc>
          <w:tcPr>
            <w:tcW w:w="3119" w:type="dxa"/>
            <w:tcBorders>
              <w:top w:val="single" w:sz="4" w:space="0" w:color="000000" w:themeColor="text1"/>
              <w:left w:val="single" w:sz="4" w:space="0" w:color="000000" w:themeColor="text1"/>
              <w:bottom w:val="single" w:sz="4" w:space="0" w:color="auto"/>
            </w:tcBorders>
            <w:vAlign w:val="center"/>
          </w:tcPr>
          <w:p w:rsidR="00A609EB" w:rsidRPr="00AE43D0" w:rsidRDefault="00A609EB" w:rsidP="007A2CD6">
            <w:pPr>
              <w:tabs>
                <w:tab w:val="right" w:pos="2554"/>
              </w:tabs>
              <w:snapToGrid w:val="0"/>
              <w:spacing w:before="120" w:after="120"/>
              <w:jc w:val="both"/>
              <w:rPr>
                <w:rFonts w:ascii="Arial" w:hAnsi="Arial"/>
                <w:b/>
                <w:sz w:val="20"/>
                <w:szCs w:val="21"/>
              </w:rPr>
            </w:pPr>
            <w:proofErr w:type="spellStart"/>
            <w:r w:rsidRPr="00AE43D0">
              <w:rPr>
                <w:rFonts w:ascii="Arial" w:hAnsi="Arial"/>
                <w:b/>
                <w:sz w:val="20"/>
                <w:szCs w:val="21"/>
              </w:rPr>
              <w:t>Épreuve</w:t>
            </w:r>
            <w:proofErr w:type="spellEnd"/>
            <w:r w:rsidRPr="00AE43D0">
              <w:rPr>
                <w:rFonts w:ascii="Arial" w:hAnsi="Arial"/>
                <w:b/>
                <w:sz w:val="20"/>
                <w:szCs w:val="21"/>
              </w:rPr>
              <w:t xml:space="preserve"> </w:t>
            </w:r>
            <w:proofErr w:type="spellStart"/>
            <w:r w:rsidRPr="00AE43D0">
              <w:rPr>
                <w:rFonts w:ascii="Arial" w:hAnsi="Arial"/>
                <w:b/>
                <w:sz w:val="20"/>
                <w:szCs w:val="21"/>
              </w:rPr>
              <w:t>ponctuelle</w:t>
            </w:r>
            <w:proofErr w:type="spellEnd"/>
            <w:r w:rsidRPr="00AE43D0">
              <w:rPr>
                <w:rFonts w:ascii="Arial" w:hAnsi="Arial"/>
                <w:b/>
                <w:sz w:val="20"/>
                <w:szCs w:val="21"/>
              </w:rPr>
              <w:tab/>
            </w:r>
            <w:r w:rsidRPr="00AE43D0">
              <w:rPr>
                <w:rFonts w:ascii="Arial" w:hAnsi="Arial"/>
                <w:b/>
                <w:sz w:val="20"/>
                <w:szCs w:val="21"/>
              </w:rPr>
              <w:fldChar w:fldCharType="begin">
                <w:ffData>
                  <w:name w:val=""/>
                  <w:enabled/>
                  <w:calcOnExit w:val="0"/>
                  <w:checkBox>
                    <w:sizeAuto/>
                    <w:default w:val="0"/>
                  </w:checkBox>
                </w:ffData>
              </w:fldChar>
            </w:r>
            <w:r w:rsidRPr="00AE43D0">
              <w:rPr>
                <w:rFonts w:ascii="Arial" w:hAnsi="Arial"/>
                <w:b/>
                <w:sz w:val="20"/>
                <w:szCs w:val="21"/>
              </w:rPr>
              <w:instrText xml:space="preserve"> FORMCHECKBOX </w:instrText>
            </w:r>
            <w:r w:rsidR="00E528BD">
              <w:rPr>
                <w:rFonts w:ascii="Arial" w:hAnsi="Arial"/>
                <w:b/>
                <w:sz w:val="20"/>
                <w:szCs w:val="21"/>
              </w:rPr>
            </w:r>
            <w:r w:rsidR="00E528BD">
              <w:rPr>
                <w:rFonts w:ascii="Arial" w:hAnsi="Arial"/>
                <w:b/>
                <w:sz w:val="20"/>
                <w:szCs w:val="21"/>
              </w:rPr>
              <w:fldChar w:fldCharType="separate"/>
            </w:r>
            <w:r w:rsidRPr="00AE43D0">
              <w:rPr>
                <w:rFonts w:ascii="Arial" w:hAnsi="Arial"/>
                <w:b/>
                <w:sz w:val="20"/>
                <w:szCs w:val="21"/>
              </w:rPr>
              <w:fldChar w:fldCharType="end"/>
            </w:r>
          </w:p>
        </w:tc>
        <w:tc>
          <w:tcPr>
            <w:tcW w:w="4111" w:type="dxa"/>
            <w:tcBorders>
              <w:top w:val="single" w:sz="4" w:space="0" w:color="000000" w:themeColor="text1"/>
              <w:bottom w:val="single" w:sz="4" w:space="0" w:color="auto"/>
              <w:right w:val="single" w:sz="4" w:space="0" w:color="000000" w:themeColor="text1"/>
            </w:tcBorders>
            <w:vAlign w:val="center"/>
          </w:tcPr>
          <w:p w:rsidR="00A609EB" w:rsidRPr="00876315" w:rsidRDefault="00A609EB" w:rsidP="007A2CD6">
            <w:pPr>
              <w:tabs>
                <w:tab w:val="right" w:pos="1986"/>
              </w:tabs>
              <w:snapToGrid w:val="0"/>
              <w:spacing w:before="120" w:after="120"/>
              <w:jc w:val="both"/>
              <w:rPr>
                <w:rFonts w:ascii="Arial" w:hAnsi="Arial"/>
                <w:b/>
                <w:sz w:val="20"/>
                <w:szCs w:val="21"/>
                <w:lang w:val="fr-FR"/>
              </w:rPr>
            </w:pPr>
            <w:r w:rsidRPr="00876315">
              <w:rPr>
                <w:rFonts w:ascii="Arial" w:hAnsi="Arial"/>
                <w:b/>
                <w:sz w:val="20"/>
                <w:szCs w:val="21"/>
                <w:lang w:val="fr-FR"/>
              </w:rPr>
              <w:t>Contrôle en cours de formation</w:t>
            </w:r>
            <w:r w:rsidRPr="00876315">
              <w:rPr>
                <w:rFonts w:ascii="Arial" w:hAnsi="Arial"/>
                <w:b/>
                <w:sz w:val="20"/>
                <w:szCs w:val="21"/>
                <w:lang w:val="fr-FR"/>
              </w:rPr>
              <w:tab/>
            </w:r>
            <w:r>
              <w:rPr>
                <w:rFonts w:ascii="Arial" w:hAnsi="Arial"/>
                <w:b/>
                <w:sz w:val="20"/>
                <w:szCs w:val="21"/>
              </w:rPr>
              <w:fldChar w:fldCharType="begin">
                <w:ffData>
                  <w:name w:val="CheckBox"/>
                  <w:enabled/>
                  <w:calcOnExit w:val="0"/>
                  <w:checkBox>
                    <w:sizeAuto/>
                    <w:default w:val="1"/>
                  </w:checkBox>
                </w:ffData>
              </w:fldChar>
            </w:r>
            <w:bookmarkStart w:id="0" w:name="CheckBox"/>
            <w:r w:rsidRPr="00876315">
              <w:rPr>
                <w:rFonts w:ascii="Arial" w:hAnsi="Arial"/>
                <w:b/>
                <w:sz w:val="20"/>
                <w:szCs w:val="21"/>
                <w:lang w:val="fr-FR"/>
              </w:rPr>
              <w:instrText xml:space="preserve"> FORMCHECKBOX </w:instrText>
            </w:r>
            <w:r w:rsidR="00E528BD">
              <w:rPr>
                <w:rFonts w:ascii="Arial" w:hAnsi="Arial"/>
                <w:b/>
                <w:sz w:val="20"/>
                <w:szCs w:val="21"/>
              </w:rPr>
            </w:r>
            <w:r w:rsidR="00E528BD">
              <w:rPr>
                <w:rFonts w:ascii="Arial" w:hAnsi="Arial"/>
                <w:b/>
                <w:sz w:val="20"/>
                <w:szCs w:val="21"/>
              </w:rPr>
              <w:fldChar w:fldCharType="separate"/>
            </w:r>
            <w:r>
              <w:rPr>
                <w:rFonts w:ascii="Arial" w:hAnsi="Arial"/>
                <w:b/>
                <w:sz w:val="20"/>
                <w:szCs w:val="21"/>
              </w:rPr>
              <w:fldChar w:fldCharType="end"/>
            </w:r>
            <w:bookmarkEnd w:id="0"/>
          </w:p>
        </w:tc>
        <w:tc>
          <w:tcPr>
            <w:tcW w:w="2693" w:type="dxa"/>
            <w:gridSpan w:val="2"/>
            <w:tcBorders>
              <w:top w:val="single" w:sz="4" w:space="0" w:color="000000" w:themeColor="text1"/>
              <w:bottom w:val="single" w:sz="4" w:space="0" w:color="auto"/>
              <w:right w:val="single" w:sz="4" w:space="0" w:color="000000" w:themeColor="text1"/>
            </w:tcBorders>
            <w:vAlign w:val="center"/>
          </w:tcPr>
          <w:p w:rsidR="00A609EB" w:rsidRPr="00AE43D0" w:rsidRDefault="00A609EB" w:rsidP="007A2CD6">
            <w:pPr>
              <w:snapToGrid w:val="0"/>
              <w:spacing w:before="120" w:after="120"/>
              <w:jc w:val="both"/>
              <w:rPr>
                <w:rFonts w:ascii="Arial" w:hAnsi="Arial"/>
                <w:b/>
                <w:sz w:val="20"/>
                <w:szCs w:val="21"/>
              </w:rPr>
            </w:pPr>
            <w:r w:rsidRPr="00AE43D0">
              <w:rPr>
                <w:rFonts w:ascii="Arial" w:hAnsi="Arial"/>
                <w:b/>
                <w:sz w:val="20"/>
                <w:szCs w:val="20"/>
              </w:rPr>
              <w:t xml:space="preserve">Date : </w:t>
            </w:r>
            <w:r>
              <w:rPr>
                <w:rFonts w:ascii="Arial" w:hAnsi="Arial" w:cs="Arial"/>
                <w:sz w:val="20"/>
                <w:szCs w:val="20"/>
              </w:rPr>
              <w:t>04</w:t>
            </w:r>
            <w:r w:rsidRPr="00AE43D0">
              <w:rPr>
                <w:rFonts w:ascii="Arial" w:hAnsi="Arial" w:cs="Arial"/>
                <w:sz w:val="20"/>
                <w:szCs w:val="20"/>
              </w:rPr>
              <w:t xml:space="preserve"> / </w:t>
            </w:r>
            <w:r>
              <w:rPr>
                <w:rFonts w:ascii="Arial" w:hAnsi="Arial" w:cs="Arial"/>
                <w:sz w:val="20"/>
                <w:szCs w:val="20"/>
              </w:rPr>
              <w:t>05</w:t>
            </w:r>
            <w:r w:rsidRPr="00AE43D0">
              <w:rPr>
                <w:rFonts w:ascii="Arial" w:hAnsi="Arial" w:cs="Arial"/>
                <w:sz w:val="20"/>
                <w:szCs w:val="20"/>
              </w:rPr>
              <w:t xml:space="preserve"> /</w:t>
            </w:r>
            <w:r>
              <w:rPr>
                <w:rFonts w:ascii="Arial" w:hAnsi="Arial" w:cs="Arial"/>
                <w:sz w:val="20"/>
                <w:szCs w:val="20"/>
              </w:rPr>
              <w:t>2026</w:t>
            </w:r>
          </w:p>
        </w:tc>
      </w:tr>
      <w:tr w:rsidR="00A609EB" w:rsidRPr="00156251" w:rsidTr="007A2CD6">
        <w:trPr>
          <w:cantSplit/>
          <w:trHeight w:val="510"/>
        </w:trPr>
        <w:tc>
          <w:tcPr>
            <w:tcW w:w="99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9EB" w:rsidRPr="00876315" w:rsidRDefault="00A609EB" w:rsidP="007A2CD6">
            <w:pPr>
              <w:pStyle w:val="Titre9"/>
              <w:tabs>
                <w:tab w:val="left" w:pos="0"/>
              </w:tabs>
              <w:snapToGrid w:val="0"/>
              <w:spacing w:before="0"/>
              <w:rPr>
                <w:b/>
                <w:szCs w:val="24"/>
                <w:lang w:val="fr-FR"/>
              </w:rPr>
            </w:pPr>
            <w:r>
              <w:rPr>
                <w:b/>
                <w:szCs w:val="24"/>
                <w:lang w:val="fr-FR"/>
              </w:rPr>
              <w:lastRenderedPageBreak/>
              <w:t>O</w:t>
            </w:r>
            <w:r w:rsidRPr="00876315">
              <w:rPr>
                <w:b/>
                <w:szCs w:val="24"/>
                <w:lang w:val="fr-FR"/>
              </w:rPr>
              <w:t xml:space="preserve">rganisation support de la réalisation professionnelle : </w:t>
            </w:r>
            <w:r w:rsidR="00156251">
              <w:rPr>
                <w:b/>
                <w:szCs w:val="24"/>
                <w:lang w:val="fr-FR"/>
              </w:rPr>
              <w:t xml:space="preserve">Groupe </w:t>
            </w:r>
            <w:proofErr w:type="spellStart"/>
            <w:r w:rsidR="00156251">
              <w:rPr>
                <w:b/>
                <w:szCs w:val="24"/>
                <w:lang w:val="fr-FR"/>
              </w:rPr>
              <w:t>Vittori</w:t>
            </w:r>
            <w:proofErr w:type="spellEnd"/>
          </w:p>
          <w:p w:rsidR="00A609EB" w:rsidRPr="00876315" w:rsidRDefault="00A609EB" w:rsidP="007A2CD6">
            <w:pPr>
              <w:rPr>
                <w:rFonts w:ascii="Arial" w:hAnsi="Arial" w:cs="Arial"/>
                <w:sz w:val="20"/>
                <w:lang w:val="fr-FR"/>
              </w:rPr>
            </w:pPr>
          </w:p>
        </w:tc>
      </w:tr>
      <w:tr w:rsidR="00A609EB" w:rsidRPr="00156251" w:rsidTr="007A2CD6">
        <w:trPr>
          <w:cantSplit/>
          <w:trHeight w:val="510"/>
        </w:trPr>
        <w:tc>
          <w:tcPr>
            <w:tcW w:w="99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9EB" w:rsidRPr="00876315" w:rsidRDefault="00A609EB" w:rsidP="007A2CD6">
            <w:pPr>
              <w:pStyle w:val="Titre9"/>
              <w:tabs>
                <w:tab w:val="left" w:pos="0"/>
              </w:tabs>
              <w:snapToGrid w:val="0"/>
              <w:spacing w:before="0"/>
              <w:rPr>
                <w:b/>
                <w:szCs w:val="24"/>
                <w:lang w:val="fr-FR"/>
              </w:rPr>
            </w:pPr>
            <w:r w:rsidRPr="00876315">
              <w:rPr>
                <w:b/>
                <w:szCs w:val="24"/>
                <w:lang w:val="fr-FR"/>
              </w:rPr>
              <w:t xml:space="preserve">Intitulé de la réalisation professionnelle : </w:t>
            </w:r>
            <w:r>
              <w:rPr>
                <w:lang w:val="fr-FR"/>
              </w:rPr>
              <w:t>Application de Gestion du Parc informatique de l’entreprise</w:t>
            </w:r>
          </w:p>
          <w:p w:rsidR="00A609EB" w:rsidRPr="00876315" w:rsidRDefault="00A609EB" w:rsidP="007A2CD6">
            <w:pPr>
              <w:rPr>
                <w:rFonts w:ascii="Arial" w:hAnsi="Arial" w:cs="Arial"/>
                <w:sz w:val="20"/>
                <w:lang w:val="fr-FR"/>
              </w:rPr>
            </w:pPr>
          </w:p>
        </w:tc>
      </w:tr>
      <w:tr w:rsidR="00A609EB" w:rsidRPr="00156251" w:rsidTr="007A2CD6">
        <w:trPr>
          <w:cantSplit/>
          <w:trHeight w:val="624"/>
        </w:trPr>
        <w:tc>
          <w:tcPr>
            <w:tcW w:w="992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A609EB" w:rsidRPr="00876315" w:rsidRDefault="00A609EB" w:rsidP="007A2CD6">
            <w:pPr>
              <w:pStyle w:val="Titre9"/>
              <w:tabs>
                <w:tab w:val="left" w:pos="0"/>
                <w:tab w:val="left" w:pos="3120"/>
                <w:tab w:val="left" w:pos="4635"/>
                <w:tab w:val="right" w:leader="dot" w:pos="5104"/>
                <w:tab w:val="left" w:pos="6030"/>
                <w:tab w:val="right" w:leader="dot" w:pos="9781"/>
              </w:tabs>
              <w:spacing w:before="120"/>
              <w:rPr>
                <w:b/>
                <w:szCs w:val="24"/>
                <w:lang w:val="fr-FR"/>
              </w:rPr>
            </w:pPr>
            <w:r w:rsidRPr="00876315">
              <w:rPr>
                <w:b/>
                <w:szCs w:val="24"/>
                <w:lang w:val="fr-FR"/>
              </w:rPr>
              <w:t>Période de réalisation :</w:t>
            </w:r>
            <w:r w:rsidRPr="00876315">
              <w:rPr>
                <w:bCs/>
                <w:szCs w:val="24"/>
                <w:lang w:val="fr-FR"/>
              </w:rPr>
              <w:t xml:space="preserve"> 2025-2026</w:t>
            </w:r>
            <w:r w:rsidRPr="00876315">
              <w:rPr>
                <w:b/>
                <w:szCs w:val="24"/>
                <w:lang w:val="fr-FR"/>
              </w:rPr>
              <w:t xml:space="preserve"> Lieu :</w:t>
            </w:r>
            <w:r>
              <w:rPr>
                <w:bCs/>
                <w:szCs w:val="24"/>
                <w:lang w:val="fr-FR"/>
              </w:rPr>
              <w:t xml:space="preserve"> Audincourt</w:t>
            </w:r>
            <w:r w:rsidRPr="00876315">
              <w:rPr>
                <w:bCs/>
                <w:szCs w:val="24"/>
                <w:lang w:val="fr-FR"/>
              </w:rPr>
              <w:tab/>
            </w:r>
          </w:p>
          <w:p w:rsidR="00A609EB" w:rsidRPr="00876315" w:rsidRDefault="00A609EB" w:rsidP="007A2CD6">
            <w:pPr>
              <w:pStyle w:val="Titre9"/>
              <w:tabs>
                <w:tab w:val="left" w:pos="0"/>
              </w:tabs>
              <w:snapToGrid w:val="0"/>
              <w:spacing w:before="0" w:after="120"/>
              <w:rPr>
                <w:b/>
                <w:szCs w:val="24"/>
                <w:lang w:val="fr-FR"/>
              </w:rPr>
            </w:pPr>
            <w:r w:rsidRPr="00876315">
              <w:rPr>
                <w:b/>
                <w:szCs w:val="24"/>
                <w:lang w:val="fr-FR"/>
              </w:rPr>
              <w:t>Modalité :</w:t>
            </w:r>
            <w:r w:rsidRPr="00876315">
              <w:rPr>
                <w:b/>
                <w:szCs w:val="24"/>
                <w:lang w:val="fr-FR"/>
              </w:rPr>
              <w:tab/>
            </w:r>
            <w:r>
              <w:rPr>
                <w:b/>
                <w:szCs w:val="24"/>
              </w:rPr>
              <w:fldChar w:fldCharType="begin">
                <w:ffData>
                  <w:name w:val=""/>
                  <w:enabled/>
                  <w:calcOnExit w:val="0"/>
                  <w:checkBox>
                    <w:sizeAuto/>
                    <w:default w:val="1"/>
                  </w:checkBox>
                </w:ffData>
              </w:fldChar>
            </w:r>
            <w:r w:rsidRPr="00876315">
              <w:rPr>
                <w:b/>
                <w:szCs w:val="24"/>
                <w:lang w:val="fr-FR"/>
              </w:rPr>
              <w:instrText xml:space="preserve"> FORMCHECKBOX </w:instrText>
            </w:r>
            <w:r w:rsidR="00E528BD">
              <w:rPr>
                <w:b/>
                <w:szCs w:val="24"/>
              </w:rPr>
            </w:r>
            <w:r w:rsidR="00E528BD">
              <w:rPr>
                <w:b/>
                <w:szCs w:val="24"/>
              </w:rPr>
              <w:fldChar w:fldCharType="separate"/>
            </w:r>
            <w:r>
              <w:rPr>
                <w:b/>
                <w:szCs w:val="24"/>
              </w:rPr>
              <w:fldChar w:fldCharType="end"/>
            </w:r>
            <w:r w:rsidRPr="00876315">
              <w:rPr>
                <w:b/>
                <w:szCs w:val="24"/>
                <w:lang w:val="fr-FR"/>
              </w:rPr>
              <w:t xml:space="preserve">  Seul(e)</w:t>
            </w:r>
            <w:r w:rsidRPr="00876315">
              <w:rPr>
                <w:b/>
                <w:szCs w:val="24"/>
                <w:lang w:val="fr-FR"/>
              </w:rPr>
              <w:tab/>
            </w:r>
            <w:r w:rsidRPr="00876315">
              <w:rPr>
                <w:b/>
                <w:szCs w:val="24"/>
                <w:lang w:val="fr-FR"/>
              </w:rPr>
              <w:tab/>
            </w:r>
            <w:r w:rsidRPr="001C04B4">
              <w:rPr>
                <w:b/>
                <w:szCs w:val="24"/>
              </w:rPr>
              <w:fldChar w:fldCharType="begin">
                <w:ffData>
                  <w:name w:val="CheckBox"/>
                  <w:enabled/>
                  <w:calcOnExit w:val="0"/>
                  <w:checkBox>
                    <w:sizeAuto/>
                    <w:default w:val="0"/>
                  </w:checkBox>
                </w:ffData>
              </w:fldChar>
            </w:r>
            <w:r w:rsidRPr="00876315">
              <w:rPr>
                <w:b/>
                <w:szCs w:val="24"/>
                <w:lang w:val="fr-FR"/>
              </w:rPr>
              <w:instrText xml:space="preserve"> FORMCHECKBOX </w:instrText>
            </w:r>
            <w:r w:rsidR="00E528BD">
              <w:rPr>
                <w:b/>
                <w:szCs w:val="24"/>
              </w:rPr>
            </w:r>
            <w:r w:rsidR="00E528BD">
              <w:rPr>
                <w:b/>
                <w:szCs w:val="24"/>
              </w:rPr>
              <w:fldChar w:fldCharType="separate"/>
            </w:r>
            <w:r w:rsidRPr="001C04B4">
              <w:rPr>
                <w:b/>
                <w:szCs w:val="24"/>
              </w:rPr>
              <w:fldChar w:fldCharType="end"/>
            </w:r>
            <w:r w:rsidRPr="00876315">
              <w:rPr>
                <w:b/>
                <w:szCs w:val="24"/>
                <w:lang w:val="fr-FR"/>
              </w:rPr>
              <w:t xml:space="preserve">  En équipe</w:t>
            </w:r>
          </w:p>
        </w:tc>
      </w:tr>
      <w:tr w:rsidR="00A609EB" w:rsidRPr="001C04B4" w:rsidTr="007A2CD6">
        <w:trPr>
          <w:cantSplit/>
          <w:trHeight w:val="1077"/>
        </w:trPr>
        <w:tc>
          <w:tcPr>
            <w:tcW w:w="9923" w:type="dxa"/>
            <w:gridSpan w:val="4"/>
            <w:tcBorders>
              <w:top w:val="single" w:sz="4" w:space="0" w:color="auto"/>
              <w:left w:val="single" w:sz="4" w:space="0" w:color="auto"/>
              <w:bottom w:val="single" w:sz="4" w:space="0" w:color="auto"/>
              <w:right w:val="single" w:sz="4" w:space="0" w:color="auto"/>
            </w:tcBorders>
          </w:tcPr>
          <w:p w:rsidR="00A609EB" w:rsidRPr="00876315" w:rsidRDefault="00A609EB" w:rsidP="007A2CD6">
            <w:pPr>
              <w:pStyle w:val="Titre9"/>
              <w:tabs>
                <w:tab w:val="left" w:pos="0"/>
              </w:tabs>
              <w:snapToGrid w:val="0"/>
              <w:spacing w:before="0"/>
              <w:rPr>
                <w:b/>
                <w:szCs w:val="24"/>
                <w:lang w:val="fr-FR"/>
              </w:rPr>
            </w:pPr>
            <w:r w:rsidRPr="00876315">
              <w:rPr>
                <w:b/>
                <w:szCs w:val="24"/>
                <w:lang w:val="fr-FR"/>
              </w:rPr>
              <w:t>Compétences travaillées</w:t>
            </w:r>
          </w:p>
          <w:p w:rsidR="00A609EB" w:rsidRPr="00876315" w:rsidRDefault="00A609EB" w:rsidP="007A2CD6">
            <w:pPr>
              <w:tabs>
                <w:tab w:val="left" w:pos="1135"/>
              </w:tabs>
              <w:rPr>
                <w:rFonts w:ascii="Arial" w:hAnsi="Arial" w:cs="Arial"/>
                <w:bCs/>
                <w:sz w:val="20"/>
                <w:lang w:val="fr-FR"/>
              </w:rPr>
            </w:pPr>
            <w:r w:rsidRPr="00876315">
              <w:rPr>
                <w:rFonts w:ascii="Arial" w:hAnsi="Arial" w:cs="Arial"/>
                <w:sz w:val="20"/>
                <w:lang w:val="fr-FR"/>
              </w:rPr>
              <w:tab/>
            </w:r>
            <w:r>
              <w:rPr>
                <w:rFonts w:ascii="Arial" w:hAnsi="Arial" w:cs="Arial"/>
                <w:b/>
                <w:sz w:val="20"/>
              </w:rPr>
              <w:fldChar w:fldCharType="begin">
                <w:ffData>
                  <w:name w:val=""/>
                  <w:enabled/>
                  <w:calcOnExit w:val="0"/>
                  <w:checkBox>
                    <w:sizeAuto/>
                    <w:default w:val="1"/>
                  </w:checkBox>
                </w:ffData>
              </w:fldChar>
            </w:r>
            <w:r w:rsidRPr="00876315">
              <w:rPr>
                <w:rFonts w:ascii="Arial" w:hAnsi="Arial" w:cs="Arial"/>
                <w:b/>
                <w:sz w:val="20"/>
                <w:lang w:val="fr-FR"/>
              </w:rPr>
              <w:instrText xml:space="preserve"> FORMCHECKBOX </w:instrText>
            </w:r>
            <w:r w:rsidR="00E528BD">
              <w:rPr>
                <w:rFonts w:ascii="Arial" w:hAnsi="Arial" w:cs="Arial"/>
                <w:b/>
                <w:sz w:val="20"/>
              </w:rPr>
            </w:r>
            <w:r w:rsidR="00E528BD">
              <w:rPr>
                <w:rFonts w:ascii="Arial" w:hAnsi="Arial" w:cs="Arial"/>
                <w:b/>
                <w:sz w:val="20"/>
              </w:rPr>
              <w:fldChar w:fldCharType="separate"/>
            </w:r>
            <w:r>
              <w:rPr>
                <w:rFonts w:ascii="Arial" w:hAnsi="Arial" w:cs="Arial"/>
                <w:b/>
                <w:sz w:val="20"/>
              </w:rPr>
              <w:fldChar w:fldCharType="end"/>
            </w:r>
            <w:r w:rsidRPr="00876315">
              <w:rPr>
                <w:rFonts w:ascii="Arial" w:hAnsi="Arial" w:cs="Arial"/>
                <w:b/>
                <w:sz w:val="20"/>
                <w:lang w:val="fr-FR"/>
              </w:rPr>
              <w:t xml:space="preserve"> </w:t>
            </w:r>
            <w:r w:rsidRPr="00876315">
              <w:rPr>
                <w:rFonts w:ascii="Arial" w:hAnsi="Arial" w:cs="Arial"/>
                <w:bCs/>
                <w:sz w:val="20"/>
                <w:lang w:val="fr-FR"/>
              </w:rPr>
              <w:t>Concevoir et développer une solution applicative</w:t>
            </w:r>
          </w:p>
          <w:p w:rsidR="00A609EB" w:rsidRPr="00876315" w:rsidRDefault="00A609EB" w:rsidP="007A2CD6">
            <w:pPr>
              <w:tabs>
                <w:tab w:val="left" w:pos="1135"/>
              </w:tabs>
              <w:rPr>
                <w:rFonts w:ascii="Arial" w:hAnsi="Arial" w:cs="Arial"/>
                <w:sz w:val="20"/>
                <w:lang w:val="fr-FR"/>
              </w:rPr>
            </w:pPr>
            <w:r w:rsidRPr="00876315">
              <w:rPr>
                <w:rFonts w:ascii="Arial" w:hAnsi="Arial" w:cs="Arial"/>
                <w:sz w:val="20"/>
                <w:lang w:val="fr-FR"/>
              </w:rPr>
              <w:tab/>
            </w:r>
            <w:r>
              <w:rPr>
                <w:rFonts w:ascii="Arial" w:hAnsi="Arial" w:cs="Arial"/>
                <w:b/>
                <w:sz w:val="20"/>
              </w:rPr>
              <w:fldChar w:fldCharType="begin">
                <w:ffData>
                  <w:name w:val=""/>
                  <w:enabled/>
                  <w:calcOnExit w:val="0"/>
                  <w:checkBox>
                    <w:sizeAuto/>
                    <w:default w:val="1"/>
                  </w:checkBox>
                </w:ffData>
              </w:fldChar>
            </w:r>
            <w:r w:rsidRPr="00876315">
              <w:rPr>
                <w:rFonts w:ascii="Arial" w:hAnsi="Arial" w:cs="Arial"/>
                <w:b/>
                <w:sz w:val="20"/>
                <w:lang w:val="fr-FR"/>
              </w:rPr>
              <w:instrText xml:space="preserve"> FORMCHECKBOX </w:instrText>
            </w:r>
            <w:r w:rsidR="00E528BD">
              <w:rPr>
                <w:rFonts w:ascii="Arial" w:hAnsi="Arial" w:cs="Arial"/>
                <w:b/>
                <w:sz w:val="20"/>
              </w:rPr>
            </w:r>
            <w:r w:rsidR="00E528BD">
              <w:rPr>
                <w:rFonts w:ascii="Arial" w:hAnsi="Arial" w:cs="Arial"/>
                <w:b/>
                <w:sz w:val="20"/>
              </w:rPr>
              <w:fldChar w:fldCharType="separate"/>
            </w:r>
            <w:r>
              <w:rPr>
                <w:rFonts w:ascii="Arial" w:hAnsi="Arial" w:cs="Arial"/>
                <w:b/>
                <w:sz w:val="20"/>
              </w:rPr>
              <w:fldChar w:fldCharType="end"/>
            </w:r>
            <w:r w:rsidRPr="00876315">
              <w:rPr>
                <w:rFonts w:ascii="Arial" w:hAnsi="Arial" w:cs="Arial"/>
                <w:b/>
                <w:sz w:val="20"/>
                <w:lang w:val="fr-FR"/>
              </w:rPr>
              <w:t xml:space="preserve"> </w:t>
            </w:r>
            <w:r w:rsidRPr="00876315">
              <w:rPr>
                <w:rFonts w:ascii="Arial" w:hAnsi="Arial" w:cs="Arial"/>
                <w:sz w:val="20"/>
                <w:lang w:val="fr-FR"/>
              </w:rPr>
              <w:t>Assurer la maintenance corrective ou évolutive d’une solution applicative</w:t>
            </w:r>
          </w:p>
          <w:p w:rsidR="00A609EB" w:rsidRPr="001C04B4" w:rsidRDefault="00A609EB" w:rsidP="007A2CD6">
            <w:pPr>
              <w:tabs>
                <w:tab w:val="left" w:pos="1135"/>
              </w:tabs>
              <w:spacing w:after="120"/>
              <w:rPr>
                <w:rFonts w:ascii="Arial" w:hAnsi="Arial" w:cs="Arial"/>
                <w:sz w:val="20"/>
              </w:rPr>
            </w:pPr>
            <w:r w:rsidRPr="00876315">
              <w:rPr>
                <w:rFonts w:ascii="Arial" w:hAnsi="Arial" w:cs="Arial"/>
                <w:sz w:val="20"/>
                <w:lang w:val="fr-FR"/>
              </w:rPr>
              <w:tab/>
            </w: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E528BD">
              <w:rPr>
                <w:rFonts w:ascii="Arial" w:hAnsi="Arial" w:cs="Arial"/>
                <w:b/>
                <w:sz w:val="20"/>
              </w:rPr>
            </w:r>
            <w:r w:rsidR="00E528BD">
              <w:rPr>
                <w:rFonts w:ascii="Arial" w:hAnsi="Arial" w:cs="Arial"/>
                <w:b/>
                <w:sz w:val="20"/>
              </w:rPr>
              <w:fldChar w:fldCharType="separate"/>
            </w:r>
            <w:r>
              <w:rPr>
                <w:rFonts w:ascii="Arial" w:hAnsi="Arial" w:cs="Arial"/>
                <w:b/>
                <w:sz w:val="20"/>
              </w:rPr>
              <w:fldChar w:fldCharType="end"/>
            </w:r>
            <w:r w:rsidRPr="001C04B4">
              <w:rPr>
                <w:rFonts w:ascii="Arial" w:hAnsi="Arial" w:cs="Arial"/>
                <w:b/>
                <w:sz w:val="20"/>
              </w:rPr>
              <w:t xml:space="preserve"> </w:t>
            </w:r>
            <w:proofErr w:type="spellStart"/>
            <w:r>
              <w:rPr>
                <w:rFonts w:ascii="Arial" w:hAnsi="Arial" w:cs="Arial"/>
                <w:sz w:val="20"/>
              </w:rPr>
              <w:t>G</w:t>
            </w:r>
            <w:r w:rsidRPr="0085097A">
              <w:rPr>
                <w:rFonts w:ascii="Arial" w:hAnsi="Arial" w:cs="Arial"/>
                <w:sz w:val="20"/>
              </w:rPr>
              <w:t>érer</w:t>
            </w:r>
            <w:proofErr w:type="spellEnd"/>
            <w:r w:rsidRPr="0085097A">
              <w:rPr>
                <w:rFonts w:ascii="Arial" w:hAnsi="Arial" w:cs="Arial"/>
                <w:sz w:val="20"/>
              </w:rPr>
              <w:t xml:space="preserve"> les </w:t>
            </w:r>
            <w:proofErr w:type="spellStart"/>
            <w:r w:rsidRPr="0085097A">
              <w:rPr>
                <w:rFonts w:ascii="Arial" w:hAnsi="Arial" w:cs="Arial"/>
                <w:sz w:val="20"/>
              </w:rPr>
              <w:t>données</w:t>
            </w:r>
            <w:proofErr w:type="spellEnd"/>
          </w:p>
        </w:tc>
      </w:tr>
      <w:tr w:rsidR="00A609EB" w:rsidRPr="00156251" w:rsidTr="007A2CD6">
        <w:trPr>
          <w:cantSplit/>
          <w:trHeight w:val="1077"/>
        </w:trPr>
        <w:tc>
          <w:tcPr>
            <w:tcW w:w="9923" w:type="dxa"/>
            <w:gridSpan w:val="4"/>
            <w:tcBorders>
              <w:top w:val="single" w:sz="4" w:space="0" w:color="auto"/>
              <w:left w:val="single" w:sz="4" w:space="0" w:color="auto"/>
              <w:bottom w:val="single" w:sz="4" w:space="0" w:color="auto"/>
              <w:right w:val="single" w:sz="4" w:space="0" w:color="auto"/>
            </w:tcBorders>
          </w:tcPr>
          <w:p w:rsidR="008C6601" w:rsidRPr="00876315" w:rsidRDefault="00A609EB" w:rsidP="007A2CD6">
            <w:pPr>
              <w:snapToGrid w:val="0"/>
              <w:jc w:val="both"/>
              <w:rPr>
                <w:rFonts w:ascii="Arial" w:hAnsi="Arial" w:cs="Arial"/>
                <w:b/>
                <w:bCs/>
                <w:sz w:val="20"/>
                <w:szCs w:val="20"/>
                <w:lang w:val="fr-FR"/>
              </w:rPr>
            </w:pPr>
            <w:r w:rsidRPr="00876315">
              <w:rPr>
                <w:rFonts w:ascii="Arial" w:hAnsi="Arial" w:cs="Arial"/>
                <w:b/>
                <w:bCs/>
                <w:sz w:val="20"/>
                <w:szCs w:val="20"/>
                <w:lang w:val="fr-FR"/>
              </w:rPr>
              <w:t>Conditions de réalisation</w:t>
            </w:r>
            <w:r w:rsidRPr="2AE8524A">
              <w:rPr>
                <w:rStyle w:val="Appelnotedebasdep"/>
                <w:rFonts w:ascii="Arial" w:hAnsi="Arial" w:cs="Arial"/>
                <w:b/>
                <w:bCs/>
                <w:sz w:val="20"/>
                <w:szCs w:val="20"/>
              </w:rPr>
              <w:footnoteReference w:id="1"/>
            </w:r>
            <w:r w:rsidRPr="00876315">
              <w:rPr>
                <w:rFonts w:ascii="Arial" w:hAnsi="Arial" w:cs="Arial"/>
                <w:b/>
                <w:bCs/>
                <w:sz w:val="20"/>
                <w:szCs w:val="20"/>
                <w:lang w:val="fr-FR"/>
              </w:rPr>
              <w:t xml:space="preserve"> (ressources fournies, résultats attendus)</w:t>
            </w:r>
          </w:p>
          <w:p w:rsidR="00A609EB" w:rsidRPr="00876315" w:rsidRDefault="00A609EB" w:rsidP="007A2CD6">
            <w:pPr>
              <w:pStyle w:val="Titre9"/>
              <w:tabs>
                <w:tab w:val="left" w:pos="0"/>
              </w:tabs>
              <w:snapToGrid w:val="0"/>
              <w:spacing w:before="0"/>
              <w:rPr>
                <w:bCs/>
                <w:szCs w:val="24"/>
                <w:lang w:val="fr-FR"/>
              </w:rPr>
            </w:pPr>
          </w:p>
          <w:p w:rsidR="00A609EB" w:rsidRDefault="00A609EB" w:rsidP="007A2CD6">
            <w:pPr>
              <w:rPr>
                <w:rFonts w:ascii="Arial" w:hAnsi="Arial" w:cs="Arial"/>
                <w:b/>
                <w:bCs/>
                <w:sz w:val="20"/>
                <w:lang w:val="fr-FR"/>
              </w:rPr>
            </w:pPr>
            <w:r w:rsidRPr="00876315">
              <w:rPr>
                <w:rFonts w:ascii="Arial" w:hAnsi="Arial" w:cs="Arial"/>
                <w:b/>
                <w:bCs/>
                <w:sz w:val="20"/>
                <w:lang w:val="fr-FR"/>
              </w:rPr>
              <w:t>• Ressources fournies :</w:t>
            </w:r>
          </w:p>
          <w:p w:rsidR="008C6601" w:rsidRDefault="008C6601" w:rsidP="007A2CD6">
            <w:pPr>
              <w:rPr>
                <w:rFonts w:ascii="Arial" w:hAnsi="Arial" w:cs="Arial"/>
                <w:sz w:val="20"/>
                <w:lang w:val="fr-FR"/>
              </w:rPr>
            </w:pPr>
            <w:r>
              <w:rPr>
                <w:rFonts w:ascii="Arial" w:hAnsi="Arial" w:cs="Arial"/>
                <w:sz w:val="20"/>
                <w:lang w:val="fr-FR"/>
              </w:rPr>
              <w:t>-Création d’un cahier des charges suites aux demandes des utilisateurs</w:t>
            </w:r>
          </w:p>
          <w:p w:rsidR="008C6601" w:rsidRPr="008C6601" w:rsidRDefault="008C6601" w:rsidP="007A2CD6">
            <w:pPr>
              <w:rPr>
                <w:rFonts w:ascii="Times New Roman" w:eastAsia="Times New Roman" w:hAnsi="Times New Roman" w:cs="Times New Roman"/>
                <w:sz w:val="24"/>
                <w:szCs w:val="24"/>
                <w:lang w:val="fr-FR" w:eastAsia="fr-FR"/>
              </w:rPr>
            </w:pPr>
            <w:r>
              <w:rPr>
                <w:rFonts w:ascii="Times New Roman" w:eastAsia="Times New Roman" w:hAnsi="Symbol" w:cs="Times New Roman"/>
                <w:sz w:val="24"/>
                <w:szCs w:val="24"/>
                <w:lang w:val="fr-FR" w:eastAsia="fr-FR"/>
              </w:rPr>
              <w:t>-</w:t>
            </w:r>
            <w:r w:rsidRPr="00876315">
              <w:rPr>
                <w:rFonts w:ascii="Times New Roman" w:eastAsia="Times New Roman" w:hAnsi="Times New Roman" w:cs="Times New Roman"/>
                <w:sz w:val="24"/>
                <w:szCs w:val="24"/>
                <w:lang w:val="fr-FR" w:eastAsia="fr-FR"/>
              </w:rPr>
              <w:t>Indications particulières relatives au sujet</w:t>
            </w:r>
          </w:p>
          <w:p w:rsidR="00A609EB" w:rsidRDefault="00A609EB" w:rsidP="007A2CD6">
            <w:pPr>
              <w:rPr>
                <w:rFonts w:ascii="Arial" w:hAnsi="Arial" w:cs="Arial"/>
                <w:b/>
                <w:bCs/>
                <w:sz w:val="20"/>
                <w:lang w:val="fr-FR"/>
              </w:rPr>
            </w:pPr>
            <w:r w:rsidRPr="00876315">
              <w:rPr>
                <w:rFonts w:ascii="Arial" w:hAnsi="Arial" w:cs="Arial"/>
                <w:b/>
                <w:bCs/>
                <w:sz w:val="20"/>
                <w:lang w:val="fr-FR"/>
              </w:rPr>
              <w:t>• Résultats attendus :</w:t>
            </w:r>
          </w:p>
          <w:p w:rsidR="008C6601" w:rsidRPr="00876315" w:rsidRDefault="008C6601" w:rsidP="008C6601">
            <w:pPr>
              <w:spacing w:after="0" w:line="240" w:lineRule="auto"/>
              <w:rPr>
                <w:rFonts w:ascii="Times New Roman" w:eastAsia="Times New Roman" w:hAnsi="Times New Roman" w:cs="Times New Roman"/>
                <w:sz w:val="24"/>
                <w:szCs w:val="24"/>
                <w:lang w:val="fr-FR" w:eastAsia="fr-FR"/>
              </w:rPr>
            </w:pPr>
            <w:r>
              <w:rPr>
                <w:rFonts w:ascii="Times New Roman" w:eastAsia="Times New Roman" w:hAnsi="Symbol" w:cs="Times New Roman"/>
                <w:sz w:val="24"/>
                <w:szCs w:val="24"/>
                <w:lang w:val="fr-FR" w:eastAsia="fr-FR"/>
              </w:rPr>
              <w:t>-</w:t>
            </w:r>
            <w:r w:rsidRPr="00876315">
              <w:rPr>
                <w:rFonts w:ascii="Times New Roman" w:eastAsia="Times New Roman" w:hAnsi="Times New Roman" w:cs="Times New Roman"/>
                <w:sz w:val="24"/>
                <w:szCs w:val="24"/>
                <w:lang w:val="fr-FR" w:eastAsia="fr-FR"/>
              </w:rPr>
              <w:t xml:space="preserve">Application web fonctionnelle respectant les fonctionnalités du cahier des charges </w:t>
            </w:r>
          </w:p>
          <w:p w:rsidR="008C6601" w:rsidRPr="00876315" w:rsidRDefault="008C6601" w:rsidP="008C6601">
            <w:pPr>
              <w:spacing w:after="0" w:line="240" w:lineRule="auto"/>
              <w:rPr>
                <w:rFonts w:ascii="Times New Roman" w:eastAsia="Times New Roman" w:hAnsi="Times New Roman" w:cs="Times New Roman"/>
                <w:sz w:val="24"/>
                <w:szCs w:val="24"/>
                <w:lang w:val="fr-FR" w:eastAsia="fr-FR"/>
              </w:rPr>
            </w:pPr>
            <w:r>
              <w:rPr>
                <w:rFonts w:ascii="Times New Roman" w:eastAsia="Times New Roman" w:hAnsi="Symbol" w:cs="Times New Roman"/>
                <w:sz w:val="24"/>
                <w:szCs w:val="24"/>
                <w:lang w:val="fr-FR" w:eastAsia="fr-FR"/>
              </w:rPr>
              <w:t>-</w:t>
            </w:r>
            <w:r w:rsidRPr="00876315">
              <w:rPr>
                <w:rFonts w:ascii="Times New Roman" w:eastAsia="Times New Roman" w:hAnsi="Times New Roman" w:cs="Times New Roman"/>
                <w:sz w:val="24"/>
                <w:szCs w:val="24"/>
                <w:lang w:val="fr-FR" w:eastAsia="fr-FR"/>
              </w:rPr>
              <w:t xml:space="preserve">Modélisation de la base de données (MCD, MLD) </w:t>
            </w:r>
          </w:p>
          <w:p w:rsidR="008C6601" w:rsidRPr="00876315" w:rsidRDefault="008C6601" w:rsidP="008C6601">
            <w:pPr>
              <w:spacing w:after="0" w:line="240" w:lineRule="auto"/>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w:t>
            </w:r>
            <w:r w:rsidRPr="00876315">
              <w:rPr>
                <w:rFonts w:ascii="Times New Roman" w:eastAsia="Times New Roman" w:hAnsi="Times New Roman" w:cs="Times New Roman"/>
                <w:sz w:val="24"/>
                <w:szCs w:val="24"/>
                <w:lang w:val="fr-FR" w:eastAsia="fr-FR"/>
              </w:rPr>
              <w:t xml:space="preserve">Modélisation UML de l'application </w:t>
            </w:r>
          </w:p>
          <w:p w:rsidR="008C6601" w:rsidRPr="00876315" w:rsidRDefault="008C6601" w:rsidP="008C6601">
            <w:pPr>
              <w:rPr>
                <w:rFonts w:ascii="Arial" w:hAnsi="Arial" w:cs="Arial"/>
                <w:sz w:val="20"/>
                <w:lang w:val="fr-FR"/>
              </w:rPr>
            </w:pPr>
            <w:r>
              <w:rPr>
                <w:rFonts w:ascii="Times New Roman" w:eastAsia="Times New Roman" w:hAnsi="Symbol" w:cs="Times New Roman"/>
                <w:sz w:val="24"/>
                <w:szCs w:val="24"/>
                <w:lang w:val="fr-FR" w:eastAsia="fr-FR"/>
              </w:rPr>
              <w:t>-</w:t>
            </w:r>
            <w:r w:rsidRPr="00876315">
              <w:rPr>
                <w:rFonts w:ascii="Times New Roman" w:eastAsia="Times New Roman" w:hAnsi="Times New Roman" w:cs="Times New Roman"/>
                <w:sz w:val="24"/>
                <w:szCs w:val="24"/>
                <w:lang w:val="fr-FR" w:eastAsia="fr-FR"/>
              </w:rPr>
              <w:t>Maquette des interfaces homme-machine (IHM)</w:t>
            </w:r>
          </w:p>
          <w:p w:rsidR="008C6601" w:rsidRPr="00876315" w:rsidRDefault="008C6601" w:rsidP="007A2CD6">
            <w:pPr>
              <w:rPr>
                <w:rFonts w:ascii="Arial" w:hAnsi="Arial" w:cs="Arial"/>
                <w:sz w:val="20"/>
                <w:lang w:val="fr-FR"/>
              </w:rPr>
            </w:pPr>
          </w:p>
          <w:p w:rsidR="00A609EB" w:rsidRPr="00876315" w:rsidRDefault="00A609EB" w:rsidP="00A609EB">
            <w:pPr>
              <w:spacing w:after="0" w:line="240" w:lineRule="auto"/>
              <w:rPr>
                <w:rFonts w:ascii="Arial" w:hAnsi="Arial" w:cs="Arial"/>
                <w:sz w:val="20"/>
                <w:lang w:val="fr-FR"/>
              </w:rPr>
            </w:pPr>
          </w:p>
          <w:p w:rsidR="00A609EB" w:rsidRPr="00876315" w:rsidRDefault="00A609EB" w:rsidP="007A2CD6">
            <w:pPr>
              <w:rPr>
                <w:rFonts w:ascii="Arial" w:hAnsi="Arial" w:cs="Arial"/>
                <w:sz w:val="20"/>
                <w:lang w:val="fr-FR"/>
              </w:rPr>
            </w:pPr>
          </w:p>
          <w:p w:rsidR="00A609EB" w:rsidRPr="00876315" w:rsidRDefault="00A609EB" w:rsidP="007A2CD6">
            <w:pPr>
              <w:rPr>
                <w:rFonts w:ascii="Arial" w:hAnsi="Arial" w:cs="Arial"/>
                <w:sz w:val="20"/>
                <w:lang w:val="fr-FR"/>
              </w:rPr>
            </w:pPr>
          </w:p>
          <w:p w:rsidR="00A609EB" w:rsidRPr="00876315" w:rsidRDefault="00A609EB" w:rsidP="007A2CD6">
            <w:pPr>
              <w:rPr>
                <w:rFonts w:ascii="Arial" w:hAnsi="Arial" w:cs="Arial"/>
                <w:sz w:val="20"/>
                <w:lang w:val="fr-FR"/>
              </w:rPr>
            </w:pPr>
          </w:p>
        </w:tc>
      </w:tr>
      <w:tr w:rsidR="00A609EB" w:rsidRPr="00156251" w:rsidTr="007A2CD6">
        <w:trPr>
          <w:cantSplit/>
          <w:trHeight w:val="1077"/>
        </w:trPr>
        <w:tc>
          <w:tcPr>
            <w:tcW w:w="9923" w:type="dxa"/>
            <w:gridSpan w:val="4"/>
            <w:tcBorders>
              <w:top w:val="single" w:sz="4" w:space="0" w:color="auto"/>
              <w:left w:val="single" w:sz="4" w:space="0" w:color="auto"/>
              <w:bottom w:val="single" w:sz="4" w:space="0" w:color="auto"/>
              <w:right w:val="single" w:sz="4" w:space="0" w:color="auto"/>
            </w:tcBorders>
          </w:tcPr>
          <w:p w:rsidR="00A609EB" w:rsidRPr="00876315" w:rsidRDefault="00A609EB" w:rsidP="007A2CD6">
            <w:pPr>
              <w:snapToGrid w:val="0"/>
              <w:jc w:val="both"/>
              <w:rPr>
                <w:rFonts w:ascii="Arial" w:hAnsi="Arial" w:cs="Arial"/>
                <w:b/>
                <w:sz w:val="20"/>
                <w:lang w:val="fr-FR"/>
              </w:rPr>
            </w:pPr>
            <w:r w:rsidRPr="00876315">
              <w:rPr>
                <w:rFonts w:ascii="Arial" w:hAnsi="Arial" w:cs="Arial"/>
                <w:b/>
                <w:sz w:val="20"/>
                <w:lang w:val="fr-FR"/>
              </w:rPr>
              <w:lastRenderedPageBreak/>
              <w:t>Description des ressources documentaires, matérielles et logicielles utilisées</w:t>
            </w:r>
            <w:r w:rsidRPr="001C04B4">
              <w:rPr>
                <w:rStyle w:val="Appelnotedebasdep"/>
                <w:rFonts w:ascii="Arial" w:hAnsi="Arial" w:cs="Arial"/>
                <w:b/>
                <w:sz w:val="20"/>
              </w:rPr>
              <w:footnoteReference w:id="2"/>
            </w:r>
          </w:p>
          <w:p w:rsidR="00A609EB" w:rsidRPr="00876315" w:rsidRDefault="00A609EB" w:rsidP="007A2CD6">
            <w:pPr>
              <w:snapToGrid w:val="0"/>
              <w:jc w:val="both"/>
              <w:rPr>
                <w:rFonts w:ascii="Arial" w:hAnsi="Arial" w:cs="Arial"/>
                <w:bCs/>
                <w:sz w:val="20"/>
                <w:lang w:val="fr-FR"/>
              </w:rPr>
            </w:pPr>
          </w:p>
          <w:p w:rsidR="00A609EB" w:rsidRPr="00876315" w:rsidRDefault="00A609EB" w:rsidP="007A2CD6">
            <w:pPr>
              <w:snapToGrid w:val="0"/>
              <w:jc w:val="both"/>
              <w:rPr>
                <w:rFonts w:ascii="Arial" w:hAnsi="Arial" w:cs="Arial"/>
                <w:bCs/>
                <w:sz w:val="20"/>
                <w:lang w:val="fr-FR"/>
              </w:rPr>
            </w:pPr>
            <w:r w:rsidRPr="00876315">
              <w:rPr>
                <w:rFonts w:ascii="Arial" w:hAnsi="Arial" w:cs="Arial"/>
                <w:bCs/>
                <w:sz w:val="20"/>
                <w:lang w:val="fr-FR"/>
              </w:rPr>
              <w:t xml:space="preserve">1) Système de Gestion de Base de Données (SGBD) </w:t>
            </w:r>
          </w:p>
          <w:p w:rsidR="00A609EB" w:rsidRPr="00876315" w:rsidRDefault="00A609EB" w:rsidP="007A2CD6">
            <w:pPr>
              <w:snapToGrid w:val="0"/>
              <w:jc w:val="both"/>
              <w:rPr>
                <w:rFonts w:ascii="Arial" w:hAnsi="Arial" w:cs="Arial"/>
                <w:bCs/>
                <w:sz w:val="20"/>
                <w:lang w:val="fr-FR"/>
              </w:rPr>
            </w:pPr>
          </w:p>
          <w:p w:rsidR="00A609EB" w:rsidRPr="00876315" w:rsidRDefault="00A609EB" w:rsidP="007A2CD6">
            <w:pPr>
              <w:suppressAutoHyphens/>
              <w:snapToGrid w:val="0"/>
              <w:spacing w:after="0" w:line="240" w:lineRule="auto"/>
              <w:jc w:val="both"/>
              <w:rPr>
                <w:rFonts w:ascii="Arial" w:hAnsi="Arial" w:cs="Arial"/>
                <w:bCs/>
                <w:sz w:val="20"/>
                <w:lang w:val="fr-FR"/>
              </w:rPr>
            </w:pPr>
            <w:r>
              <w:rPr>
                <w:rFonts w:ascii="Arial" w:hAnsi="Arial" w:cs="Arial"/>
                <w:bCs/>
                <w:sz w:val="20"/>
                <w:lang w:val="fr-FR"/>
              </w:rPr>
              <w:t>-</w:t>
            </w:r>
            <w:r w:rsidRPr="00876315">
              <w:rPr>
                <w:rFonts w:ascii="Arial" w:hAnsi="Arial" w:cs="Arial"/>
                <w:bCs/>
                <w:sz w:val="20"/>
                <w:lang w:val="fr-FR"/>
              </w:rPr>
              <w:t xml:space="preserve">PHPMyAdmin 5.2.3 : </w:t>
            </w:r>
            <w:hyperlink r:id="rId8" w:history="1">
              <w:r w:rsidRPr="00876315">
                <w:rPr>
                  <w:rStyle w:val="Lienhypertexte"/>
                  <w:rFonts w:ascii="Arial" w:hAnsi="Arial" w:cs="Arial"/>
                  <w:bCs/>
                  <w:sz w:val="20"/>
                  <w:lang w:val="fr-FR"/>
                </w:rPr>
                <w:t>https://docs.phpmyadmin.net/en/latest/</w:t>
              </w:r>
            </w:hyperlink>
          </w:p>
          <w:p w:rsidR="00A609EB" w:rsidRPr="00876315" w:rsidRDefault="00A609EB" w:rsidP="007A2CD6">
            <w:pPr>
              <w:suppressAutoHyphens/>
              <w:snapToGrid w:val="0"/>
              <w:spacing w:after="0" w:line="240" w:lineRule="auto"/>
              <w:jc w:val="both"/>
              <w:rPr>
                <w:rFonts w:ascii="Arial" w:hAnsi="Arial" w:cs="Arial"/>
                <w:bCs/>
                <w:sz w:val="20"/>
                <w:lang w:val="fr-FR"/>
              </w:rPr>
            </w:pPr>
            <w:r>
              <w:rPr>
                <w:rFonts w:ascii="Arial" w:hAnsi="Arial" w:cs="Arial"/>
                <w:bCs/>
                <w:sz w:val="20"/>
                <w:lang w:val="fr-FR"/>
              </w:rPr>
              <w:t>-</w:t>
            </w:r>
            <w:r w:rsidRPr="00876315">
              <w:rPr>
                <w:rFonts w:ascii="Arial" w:hAnsi="Arial" w:cs="Arial"/>
                <w:bCs/>
                <w:sz w:val="20"/>
                <w:lang w:val="fr-FR"/>
              </w:rPr>
              <w:t xml:space="preserve">MySQL 8.0.46 : </w:t>
            </w:r>
            <w:hyperlink r:id="rId9" w:history="1">
              <w:r w:rsidRPr="00876315">
                <w:rPr>
                  <w:rStyle w:val="Lienhypertexte"/>
                  <w:rFonts w:ascii="Arial" w:hAnsi="Arial" w:cs="Arial"/>
                  <w:bCs/>
                  <w:sz w:val="20"/>
                  <w:lang w:val="fr-FR"/>
                </w:rPr>
                <w:t>https://dev.mysql.com/doc/relnotes/mysql/8.0/en</w:t>
              </w:r>
            </w:hyperlink>
          </w:p>
          <w:p w:rsidR="00A609EB" w:rsidRPr="00876315" w:rsidRDefault="00A609EB" w:rsidP="007A2CD6">
            <w:pPr>
              <w:snapToGrid w:val="0"/>
              <w:jc w:val="both"/>
              <w:rPr>
                <w:rFonts w:ascii="Arial" w:hAnsi="Arial" w:cs="Arial"/>
                <w:bCs/>
                <w:sz w:val="20"/>
                <w:lang w:val="fr-FR"/>
              </w:rPr>
            </w:pPr>
          </w:p>
          <w:p w:rsidR="00A609EB" w:rsidRPr="00876315" w:rsidRDefault="00A609EB" w:rsidP="007A2CD6">
            <w:pPr>
              <w:snapToGrid w:val="0"/>
              <w:jc w:val="both"/>
              <w:rPr>
                <w:rFonts w:ascii="Arial" w:hAnsi="Arial" w:cs="Arial"/>
                <w:bCs/>
                <w:sz w:val="20"/>
                <w:lang w:val="fr-FR"/>
              </w:rPr>
            </w:pPr>
            <w:r w:rsidRPr="00876315">
              <w:rPr>
                <w:rFonts w:ascii="Arial" w:hAnsi="Arial" w:cs="Arial"/>
                <w:bCs/>
                <w:sz w:val="20"/>
                <w:lang w:val="fr-FR"/>
              </w:rPr>
              <w:t>2) Environnements de Développements et Ou</w:t>
            </w:r>
            <w:r>
              <w:rPr>
                <w:rFonts w:ascii="Arial" w:hAnsi="Arial" w:cs="Arial"/>
                <w:bCs/>
                <w:sz w:val="20"/>
                <w:lang w:val="fr-FR"/>
              </w:rPr>
              <w:t>tils</w:t>
            </w:r>
          </w:p>
          <w:p w:rsidR="00A609EB" w:rsidRDefault="00A609EB" w:rsidP="007A2CD6">
            <w:pPr>
              <w:suppressAutoHyphens/>
              <w:snapToGrid w:val="0"/>
              <w:spacing w:after="0" w:line="240" w:lineRule="auto"/>
              <w:jc w:val="both"/>
              <w:rPr>
                <w:rFonts w:ascii="Arial" w:hAnsi="Arial" w:cs="Arial"/>
                <w:bCs/>
                <w:sz w:val="20"/>
                <w:lang w:val="fr-FR"/>
              </w:rPr>
            </w:pPr>
            <w:r w:rsidRPr="00876315">
              <w:rPr>
                <w:rFonts w:ascii="Arial" w:hAnsi="Arial" w:cs="Arial"/>
                <w:bCs/>
                <w:sz w:val="20"/>
                <w:lang w:val="fr-FR"/>
              </w:rPr>
              <w:t>-</w:t>
            </w:r>
            <w:proofErr w:type="spellStart"/>
            <w:r w:rsidRPr="00876315">
              <w:rPr>
                <w:rFonts w:ascii="Arial" w:hAnsi="Arial" w:cs="Arial"/>
                <w:bCs/>
                <w:sz w:val="20"/>
                <w:lang w:val="fr-FR"/>
              </w:rPr>
              <w:t>VSCode</w:t>
            </w:r>
            <w:proofErr w:type="spellEnd"/>
            <w:r w:rsidRPr="00876315">
              <w:rPr>
                <w:rFonts w:ascii="Arial" w:hAnsi="Arial" w:cs="Arial"/>
                <w:bCs/>
                <w:sz w:val="20"/>
                <w:lang w:val="fr-FR"/>
              </w:rPr>
              <w:t> : Utilisé pour le développement et les extensions PHP, HTML, CSS</w:t>
            </w:r>
          </w:p>
          <w:p w:rsidR="00A609EB" w:rsidRPr="00876315" w:rsidRDefault="00A609EB" w:rsidP="007A2CD6">
            <w:pPr>
              <w:suppressAutoHyphens/>
              <w:snapToGrid w:val="0"/>
              <w:spacing w:after="0" w:line="240" w:lineRule="auto"/>
              <w:jc w:val="both"/>
              <w:rPr>
                <w:rFonts w:ascii="Arial" w:hAnsi="Arial" w:cs="Arial"/>
                <w:bCs/>
                <w:sz w:val="20"/>
                <w:lang w:val="fr-FR"/>
              </w:rPr>
            </w:pPr>
            <w:r>
              <w:rPr>
                <w:rFonts w:ascii="Arial" w:hAnsi="Arial" w:cs="Arial"/>
                <w:bCs/>
                <w:sz w:val="20"/>
                <w:lang w:val="fr-FR"/>
              </w:rPr>
              <w:t>-Docker</w:t>
            </w:r>
          </w:p>
          <w:p w:rsidR="00A609EB" w:rsidRPr="00876315" w:rsidRDefault="00A609EB" w:rsidP="007A2CD6">
            <w:pPr>
              <w:snapToGrid w:val="0"/>
              <w:jc w:val="both"/>
              <w:rPr>
                <w:rFonts w:ascii="Arial" w:hAnsi="Arial" w:cs="Arial"/>
                <w:bCs/>
                <w:sz w:val="20"/>
                <w:lang w:val="fr-FR"/>
              </w:rPr>
            </w:pPr>
          </w:p>
          <w:p w:rsidR="00A609EB" w:rsidRPr="00876315" w:rsidRDefault="00A609EB" w:rsidP="007A2CD6">
            <w:pPr>
              <w:snapToGrid w:val="0"/>
              <w:jc w:val="both"/>
              <w:rPr>
                <w:rFonts w:ascii="Arial" w:hAnsi="Arial" w:cs="Arial"/>
                <w:bCs/>
                <w:sz w:val="20"/>
                <w:lang w:val="fr-FR"/>
              </w:rPr>
            </w:pPr>
            <w:r w:rsidRPr="00876315">
              <w:rPr>
                <w:rFonts w:ascii="Arial" w:hAnsi="Arial" w:cs="Arial"/>
                <w:bCs/>
                <w:sz w:val="20"/>
                <w:lang w:val="fr-FR"/>
              </w:rPr>
              <w:t xml:space="preserve">3) Serveur local interne </w:t>
            </w:r>
          </w:p>
          <w:p w:rsidR="00A609EB" w:rsidRPr="00C77B3D" w:rsidRDefault="00A609EB" w:rsidP="007A2CD6">
            <w:pPr>
              <w:snapToGrid w:val="0"/>
              <w:jc w:val="both"/>
              <w:rPr>
                <w:rFonts w:ascii="Arial" w:hAnsi="Arial" w:cs="Arial"/>
                <w:bCs/>
                <w:sz w:val="20"/>
                <w:lang w:val="fr-FR"/>
              </w:rPr>
            </w:pPr>
            <w:r>
              <w:rPr>
                <w:rFonts w:ascii="Arial" w:hAnsi="Arial" w:cs="Arial"/>
                <w:bCs/>
                <w:sz w:val="20"/>
                <w:lang w:val="fr-FR"/>
              </w:rPr>
              <w:t>-</w:t>
            </w:r>
            <w:r w:rsidRPr="00C77B3D">
              <w:rPr>
                <w:lang w:val="fr-FR"/>
              </w:rPr>
              <w:t xml:space="preserve"> Le serveur web est hébergé localement via Docker (Apache + MySQL)</w:t>
            </w:r>
          </w:p>
        </w:tc>
      </w:tr>
      <w:tr w:rsidR="00A609EB" w:rsidRPr="00156251" w:rsidTr="007A2CD6">
        <w:trPr>
          <w:cantSplit/>
          <w:trHeight w:val="850"/>
        </w:trPr>
        <w:tc>
          <w:tcPr>
            <w:tcW w:w="9923" w:type="dxa"/>
            <w:gridSpan w:val="4"/>
            <w:tcBorders>
              <w:top w:val="single" w:sz="4" w:space="0" w:color="auto"/>
              <w:left w:val="single" w:sz="4" w:space="0" w:color="auto"/>
              <w:bottom w:val="single" w:sz="4" w:space="0" w:color="auto"/>
              <w:right w:val="single" w:sz="4" w:space="0" w:color="auto"/>
            </w:tcBorders>
          </w:tcPr>
          <w:p w:rsidR="00A609EB" w:rsidRDefault="00A609EB" w:rsidP="007A2CD6">
            <w:pPr>
              <w:snapToGrid w:val="0"/>
              <w:jc w:val="both"/>
              <w:rPr>
                <w:rFonts w:ascii="Arial" w:hAnsi="Arial" w:cs="Arial"/>
                <w:b/>
                <w:sz w:val="20"/>
                <w:lang w:val="fr-FR"/>
              </w:rPr>
            </w:pPr>
            <w:r w:rsidRPr="00876315">
              <w:rPr>
                <w:rFonts w:ascii="Arial" w:hAnsi="Arial" w:cs="Arial"/>
                <w:b/>
                <w:sz w:val="20"/>
                <w:lang w:val="fr-FR"/>
              </w:rPr>
              <w:t>Modalités d’accès aux productions</w:t>
            </w:r>
            <w:r w:rsidRPr="005816B5">
              <w:rPr>
                <w:rFonts w:ascii="Arial" w:hAnsi="Arial" w:cs="Arial"/>
                <w:b/>
                <w:sz w:val="20"/>
                <w:vertAlign w:val="superscript"/>
              </w:rPr>
              <w:footnoteReference w:id="3"/>
            </w:r>
            <w:r w:rsidRPr="00876315">
              <w:rPr>
                <w:rFonts w:ascii="Arial" w:hAnsi="Arial" w:cs="Arial"/>
                <w:b/>
                <w:sz w:val="20"/>
                <w:lang w:val="fr-FR"/>
              </w:rPr>
              <w:t xml:space="preserve"> et à leur documentation</w:t>
            </w:r>
            <w:r w:rsidRPr="001C04B4">
              <w:rPr>
                <w:rFonts w:ascii="Arial" w:hAnsi="Arial" w:cs="Arial"/>
                <w:b/>
                <w:sz w:val="20"/>
                <w:vertAlign w:val="superscript"/>
              </w:rPr>
              <w:footnoteReference w:id="4"/>
            </w:r>
          </w:p>
          <w:p w:rsidR="00A609EB" w:rsidRPr="00F037A4" w:rsidRDefault="0013310D" w:rsidP="007A2CD6">
            <w:pPr>
              <w:snapToGrid w:val="0"/>
              <w:jc w:val="both"/>
              <w:rPr>
                <w:rFonts w:ascii="Arial" w:hAnsi="Arial" w:cs="Arial"/>
                <w:b/>
                <w:sz w:val="20"/>
                <w:lang w:val="fr-FR"/>
              </w:rPr>
            </w:pPr>
            <w:r w:rsidRPr="0013310D">
              <w:rPr>
                <w:rFonts w:ascii="Arial" w:hAnsi="Arial" w:cs="Arial"/>
                <w:b/>
                <w:sz w:val="20"/>
                <w:lang w:val="fr-FR"/>
              </w:rPr>
              <w:t>https://github.com/saxhou9z/projet-taff.git</w:t>
            </w:r>
          </w:p>
          <w:tbl>
            <w:tblPr>
              <w:tblStyle w:val="Grilledutableau"/>
              <w:tblW w:w="0" w:type="auto"/>
              <w:tblLayout w:type="fixed"/>
              <w:tblLook w:val="04A0" w:firstRow="1" w:lastRow="0" w:firstColumn="1" w:lastColumn="0" w:noHBand="0" w:noVBand="1"/>
            </w:tblPr>
            <w:tblGrid>
              <w:gridCol w:w="3301"/>
              <w:gridCol w:w="3301"/>
              <w:gridCol w:w="3301"/>
            </w:tblGrid>
            <w:tr w:rsidR="00A609EB" w:rsidTr="007A2CD6">
              <w:tc>
                <w:tcPr>
                  <w:tcW w:w="3301" w:type="dxa"/>
                </w:tcPr>
                <w:p w:rsidR="00A609EB" w:rsidRDefault="00A609EB" w:rsidP="007A2CD6">
                  <w:pPr>
                    <w:snapToGrid w:val="0"/>
                    <w:jc w:val="both"/>
                    <w:rPr>
                      <w:rFonts w:ascii="Arial" w:hAnsi="Arial" w:cs="Arial"/>
                      <w:bCs/>
                      <w:sz w:val="20"/>
                    </w:rPr>
                  </w:pPr>
                  <w:proofErr w:type="spellStart"/>
                  <w:r>
                    <w:rPr>
                      <w:rFonts w:ascii="Arial" w:hAnsi="Arial" w:cs="Arial"/>
                      <w:bCs/>
                      <w:sz w:val="20"/>
                      <w:szCs w:val="24"/>
                    </w:rPr>
                    <w:t>Identifiant</w:t>
                  </w:r>
                  <w:proofErr w:type="spellEnd"/>
                  <w:r>
                    <w:rPr>
                      <w:rFonts w:ascii="Arial" w:hAnsi="Arial" w:cs="Arial"/>
                      <w:bCs/>
                      <w:sz w:val="20"/>
                      <w:szCs w:val="24"/>
                    </w:rPr>
                    <w:t xml:space="preserve"> </w:t>
                  </w:r>
                </w:p>
              </w:tc>
              <w:tc>
                <w:tcPr>
                  <w:tcW w:w="3301" w:type="dxa"/>
                </w:tcPr>
                <w:p w:rsidR="00A609EB" w:rsidRDefault="00A609EB" w:rsidP="007A2CD6">
                  <w:pPr>
                    <w:snapToGrid w:val="0"/>
                    <w:jc w:val="both"/>
                    <w:rPr>
                      <w:rFonts w:ascii="Arial" w:hAnsi="Arial" w:cs="Arial"/>
                      <w:bCs/>
                      <w:sz w:val="20"/>
                    </w:rPr>
                  </w:pPr>
                  <w:r>
                    <w:rPr>
                      <w:rFonts w:ascii="Arial" w:hAnsi="Arial" w:cs="Arial"/>
                      <w:bCs/>
                      <w:sz w:val="20"/>
                    </w:rPr>
                    <w:t xml:space="preserve">Mot de </w:t>
                  </w:r>
                  <w:proofErr w:type="spellStart"/>
                  <w:r>
                    <w:rPr>
                      <w:rFonts w:ascii="Arial" w:hAnsi="Arial" w:cs="Arial"/>
                      <w:bCs/>
                      <w:sz w:val="20"/>
                    </w:rPr>
                    <w:t>passe</w:t>
                  </w:r>
                  <w:proofErr w:type="spellEnd"/>
                  <w:r>
                    <w:rPr>
                      <w:rFonts w:ascii="Arial" w:hAnsi="Arial" w:cs="Arial"/>
                      <w:bCs/>
                      <w:sz w:val="20"/>
                    </w:rPr>
                    <w:t xml:space="preserve"> </w:t>
                  </w:r>
                </w:p>
              </w:tc>
              <w:tc>
                <w:tcPr>
                  <w:tcW w:w="3301" w:type="dxa"/>
                </w:tcPr>
                <w:p w:rsidR="00A609EB" w:rsidRDefault="00A609EB" w:rsidP="007A2CD6">
                  <w:pPr>
                    <w:snapToGrid w:val="0"/>
                    <w:jc w:val="both"/>
                    <w:rPr>
                      <w:rFonts w:ascii="Arial" w:hAnsi="Arial" w:cs="Arial"/>
                      <w:bCs/>
                      <w:sz w:val="20"/>
                    </w:rPr>
                  </w:pPr>
                  <w:r>
                    <w:rPr>
                      <w:rFonts w:ascii="Arial" w:hAnsi="Arial" w:cs="Arial"/>
                      <w:bCs/>
                      <w:sz w:val="20"/>
                    </w:rPr>
                    <w:t>Description</w:t>
                  </w:r>
                </w:p>
              </w:tc>
            </w:tr>
            <w:tr w:rsidR="00A609EB" w:rsidRPr="00156251" w:rsidTr="007A2CD6">
              <w:trPr>
                <w:trHeight w:val="1155"/>
              </w:trPr>
              <w:tc>
                <w:tcPr>
                  <w:tcW w:w="3301" w:type="dxa"/>
                </w:tcPr>
                <w:p w:rsidR="00A609EB" w:rsidRDefault="0058186F" w:rsidP="007A2CD6">
                  <w:pPr>
                    <w:snapToGrid w:val="0"/>
                    <w:jc w:val="both"/>
                    <w:rPr>
                      <w:rFonts w:ascii="Arial" w:hAnsi="Arial" w:cs="Arial"/>
                      <w:bCs/>
                      <w:sz w:val="20"/>
                    </w:rPr>
                  </w:pPr>
                  <w:proofErr w:type="spellStart"/>
                  <w:r>
                    <w:t>l</w:t>
                  </w:r>
                  <w:r w:rsidR="008C6601">
                    <w:t>.martin</w:t>
                  </w:r>
                  <w:proofErr w:type="spellEnd"/>
                </w:p>
              </w:tc>
              <w:tc>
                <w:tcPr>
                  <w:tcW w:w="3301" w:type="dxa"/>
                </w:tcPr>
                <w:p w:rsidR="00A609EB" w:rsidRDefault="008C6601" w:rsidP="007A2CD6">
                  <w:pPr>
                    <w:snapToGrid w:val="0"/>
                    <w:jc w:val="both"/>
                    <w:rPr>
                      <w:rFonts w:ascii="Arial" w:hAnsi="Arial" w:cs="Arial"/>
                      <w:bCs/>
                      <w:sz w:val="20"/>
                    </w:rPr>
                  </w:pPr>
                  <w:r>
                    <w:rPr>
                      <w:rFonts w:ascii="Arial" w:hAnsi="Arial" w:cs="Arial"/>
                      <w:bCs/>
                      <w:sz w:val="20"/>
                    </w:rPr>
                    <w:t>admin</w:t>
                  </w:r>
                </w:p>
              </w:tc>
              <w:tc>
                <w:tcPr>
                  <w:tcW w:w="3301" w:type="dxa"/>
                </w:tcPr>
                <w:p w:rsidR="00A609EB" w:rsidRPr="008C6601" w:rsidRDefault="008C6601" w:rsidP="007A2CD6">
                  <w:pPr>
                    <w:snapToGrid w:val="0"/>
                    <w:jc w:val="both"/>
                    <w:rPr>
                      <w:rFonts w:ascii="Arial" w:hAnsi="Arial" w:cs="Arial"/>
                      <w:bCs/>
                      <w:sz w:val="20"/>
                      <w:lang w:val="fr-FR"/>
                    </w:rPr>
                  </w:pPr>
                  <w:r w:rsidRPr="008C6601">
                    <w:rPr>
                      <w:b/>
                      <w:lang w:val="fr-FR"/>
                    </w:rPr>
                    <w:t>Administrateur</w:t>
                  </w:r>
                  <w:r w:rsidRPr="008C6601">
                    <w:rPr>
                      <w:lang w:val="fr-FR"/>
                    </w:rPr>
                    <w:t xml:space="preserve"> – accès complet : gestion du matériel, des employés, des logiciels, des fournisseurs et de tous les tickets.</w:t>
                  </w:r>
                </w:p>
              </w:tc>
            </w:tr>
            <w:tr w:rsidR="00A609EB" w:rsidRPr="00156251" w:rsidTr="007A2CD6">
              <w:trPr>
                <w:trHeight w:val="1155"/>
              </w:trPr>
              <w:tc>
                <w:tcPr>
                  <w:tcW w:w="3301" w:type="dxa"/>
                </w:tcPr>
                <w:p w:rsidR="00A609EB" w:rsidRDefault="008C6601" w:rsidP="007A2CD6">
                  <w:pPr>
                    <w:snapToGrid w:val="0"/>
                    <w:jc w:val="both"/>
                    <w:rPr>
                      <w:rFonts w:ascii="Arial" w:hAnsi="Arial" w:cs="Arial"/>
                      <w:bCs/>
                      <w:sz w:val="20"/>
                    </w:rPr>
                  </w:pPr>
                  <w:proofErr w:type="spellStart"/>
                  <w:proofErr w:type="gramStart"/>
                  <w:r>
                    <w:rPr>
                      <w:rFonts w:ascii="Arial" w:hAnsi="Arial" w:cs="Arial"/>
                      <w:color w:val="1A2535"/>
                      <w:shd w:val="clear" w:color="auto" w:fill="F5F0E8"/>
                    </w:rPr>
                    <w:t>t.bernard</w:t>
                  </w:r>
                  <w:proofErr w:type="spellEnd"/>
                  <w:proofErr w:type="gramEnd"/>
                </w:p>
              </w:tc>
              <w:tc>
                <w:tcPr>
                  <w:tcW w:w="3301" w:type="dxa"/>
                </w:tcPr>
                <w:p w:rsidR="00A609EB" w:rsidRDefault="00156251" w:rsidP="007A2CD6">
                  <w:pPr>
                    <w:snapToGrid w:val="0"/>
                    <w:jc w:val="both"/>
                    <w:rPr>
                      <w:rFonts w:ascii="Arial" w:hAnsi="Arial" w:cs="Arial"/>
                      <w:bCs/>
                      <w:sz w:val="20"/>
                    </w:rPr>
                  </w:pPr>
                  <w:r>
                    <w:rPr>
                      <w:rFonts w:ascii="Arial" w:hAnsi="Arial" w:cs="Arial"/>
                      <w:bCs/>
                      <w:sz w:val="20"/>
                    </w:rPr>
                    <w:t>admin</w:t>
                  </w:r>
                </w:p>
              </w:tc>
              <w:tc>
                <w:tcPr>
                  <w:tcW w:w="3301" w:type="dxa"/>
                </w:tcPr>
                <w:p w:rsidR="00A609EB" w:rsidRPr="008C6601" w:rsidRDefault="008C6601" w:rsidP="007A2CD6">
                  <w:pPr>
                    <w:snapToGrid w:val="0"/>
                    <w:jc w:val="both"/>
                    <w:rPr>
                      <w:rFonts w:ascii="Arial" w:hAnsi="Arial" w:cs="Arial"/>
                      <w:bCs/>
                      <w:sz w:val="20"/>
                      <w:lang w:val="fr-FR"/>
                    </w:rPr>
                  </w:pPr>
                  <w:r w:rsidRPr="008C6601">
                    <w:rPr>
                      <w:b/>
                      <w:lang w:val="fr-FR"/>
                    </w:rPr>
                    <w:t>Employé RH</w:t>
                  </w:r>
                  <w:r w:rsidRPr="008C6601">
                    <w:rPr>
                      <w:lang w:val="fr-FR"/>
                    </w:rPr>
                    <w:t xml:space="preserve"> – gestion des employés, consultation du parc informatique et création/suivi de tickets.</w:t>
                  </w:r>
                </w:p>
              </w:tc>
            </w:tr>
            <w:tr w:rsidR="00A609EB" w:rsidRPr="00156251" w:rsidTr="007A2CD6">
              <w:trPr>
                <w:trHeight w:val="867"/>
              </w:trPr>
              <w:tc>
                <w:tcPr>
                  <w:tcW w:w="3301" w:type="dxa"/>
                </w:tcPr>
                <w:p w:rsidR="00A609EB" w:rsidRDefault="008C6601" w:rsidP="007A2CD6">
                  <w:pPr>
                    <w:snapToGrid w:val="0"/>
                    <w:jc w:val="both"/>
                    <w:rPr>
                      <w:rFonts w:ascii="Arial" w:hAnsi="Arial" w:cs="Arial"/>
                      <w:bCs/>
                      <w:sz w:val="20"/>
                    </w:rPr>
                  </w:pPr>
                  <w:proofErr w:type="spellStart"/>
                  <w:proofErr w:type="gramStart"/>
                  <w:r>
                    <w:rPr>
                      <w:rFonts w:ascii="Arial" w:hAnsi="Arial" w:cs="Arial"/>
                      <w:color w:val="1A2535"/>
                      <w:shd w:val="clear" w:color="auto" w:fill="F5F0E8"/>
                    </w:rPr>
                    <w:t>j.moreau</w:t>
                  </w:r>
                  <w:proofErr w:type="spellEnd"/>
                  <w:proofErr w:type="gramEnd"/>
                </w:p>
              </w:tc>
              <w:tc>
                <w:tcPr>
                  <w:tcW w:w="3301" w:type="dxa"/>
                </w:tcPr>
                <w:p w:rsidR="00A609EB" w:rsidRDefault="00156251" w:rsidP="007A2CD6">
                  <w:pPr>
                    <w:snapToGrid w:val="0"/>
                    <w:jc w:val="both"/>
                    <w:rPr>
                      <w:rFonts w:ascii="Arial" w:hAnsi="Arial" w:cs="Arial"/>
                      <w:bCs/>
                      <w:sz w:val="20"/>
                    </w:rPr>
                  </w:pPr>
                  <w:r>
                    <w:rPr>
                      <w:rFonts w:ascii="Arial" w:hAnsi="Arial" w:cs="Arial"/>
                      <w:bCs/>
                      <w:sz w:val="20"/>
                    </w:rPr>
                    <w:t>admin</w:t>
                  </w:r>
                </w:p>
              </w:tc>
              <w:tc>
                <w:tcPr>
                  <w:tcW w:w="3301" w:type="dxa"/>
                </w:tcPr>
                <w:p w:rsidR="00A609EB" w:rsidRPr="008C6601" w:rsidRDefault="008C6601" w:rsidP="007A2CD6">
                  <w:pPr>
                    <w:snapToGrid w:val="0"/>
                    <w:jc w:val="both"/>
                    <w:rPr>
                      <w:rFonts w:ascii="Arial" w:hAnsi="Arial" w:cs="Arial"/>
                      <w:bCs/>
                      <w:sz w:val="20"/>
                      <w:lang w:val="fr-FR"/>
                    </w:rPr>
                  </w:pPr>
                  <w:r w:rsidRPr="008C6601">
                    <w:rPr>
                      <w:b/>
                      <w:lang w:val="fr-FR"/>
                    </w:rPr>
                    <w:t>Employé</w:t>
                  </w:r>
                  <w:r w:rsidR="0058186F">
                    <w:rPr>
                      <w:b/>
                      <w:lang w:val="fr-FR"/>
                    </w:rPr>
                    <w:t xml:space="preserve"> </w:t>
                  </w:r>
                  <w:r w:rsidRPr="008C6601">
                    <w:rPr>
                      <w:b/>
                      <w:lang w:val="fr-FR"/>
                    </w:rPr>
                    <w:t>standard</w:t>
                  </w:r>
                  <w:r w:rsidRPr="008C6601">
                    <w:rPr>
                      <w:lang w:val="fr-FR"/>
                    </w:rPr>
                    <w:t xml:space="preserve"> – consultation du matériel et des logiciels en lecture seule, gestion de ses propres tickets.</w:t>
                  </w:r>
                </w:p>
              </w:tc>
            </w:tr>
          </w:tbl>
          <w:p w:rsidR="00A609EB" w:rsidRPr="00876315" w:rsidRDefault="00A609EB" w:rsidP="007A2CD6">
            <w:pPr>
              <w:snapToGrid w:val="0"/>
              <w:jc w:val="both"/>
              <w:rPr>
                <w:rFonts w:ascii="Arial" w:hAnsi="Arial" w:cs="Arial"/>
                <w:bCs/>
                <w:sz w:val="20"/>
                <w:lang w:val="fr-FR"/>
              </w:rPr>
            </w:pPr>
          </w:p>
          <w:p w:rsidR="00A609EB" w:rsidRPr="00876315" w:rsidRDefault="00A609EB" w:rsidP="007A2CD6">
            <w:pPr>
              <w:snapToGrid w:val="0"/>
              <w:jc w:val="both"/>
              <w:rPr>
                <w:rFonts w:ascii="Arial" w:hAnsi="Arial" w:cs="Arial"/>
                <w:bCs/>
                <w:sz w:val="20"/>
                <w:lang w:val="fr-FR"/>
              </w:rPr>
            </w:pPr>
          </w:p>
          <w:p w:rsidR="00A609EB" w:rsidRPr="00876315" w:rsidRDefault="00A609EB" w:rsidP="007A2CD6">
            <w:pPr>
              <w:snapToGrid w:val="0"/>
              <w:jc w:val="both"/>
              <w:rPr>
                <w:rFonts w:ascii="Arial" w:hAnsi="Arial" w:cs="Arial"/>
                <w:bCs/>
                <w:sz w:val="20"/>
                <w:lang w:val="fr-FR"/>
              </w:rPr>
            </w:pPr>
          </w:p>
        </w:tc>
      </w:tr>
    </w:tbl>
    <w:p w:rsidR="00A609EB" w:rsidRPr="00876315" w:rsidRDefault="00A609EB" w:rsidP="00A609EB">
      <w:pPr>
        <w:rPr>
          <w:rFonts w:ascii="Arial" w:hAnsi="Arial" w:cs="Arial"/>
          <w:b/>
          <w:bCs/>
          <w:lang w:val="fr-FR"/>
        </w:rPr>
      </w:pPr>
      <w:r w:rsidRPr="00876315">
        <w:rPr>
          <w:rFonts w:ascii="Arial" w:hAnsi="Arial" w:cs="Arial"/>
          <w:b/>
          <w:bCs/>
          <w:lang w:val="fr-FR"/>
        </w:rPr>
        <w:br w:type="page"/>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A609EB" w:rsidRPr="00156251" w:rsidTr="007A2CD6">
        <w:tc>
          <w:tcPr>
            <w:tcW w:w="9923" w:type="dxa"/>
          </w:tcPr>
          <w:p w:rsidR="00A609EB" w:rsidRPr="00876315" w:rsidRDefault="00A609EB" w:rsidP="007A2CD6">
            <w:pPr>
              <w:widowControl w:val="0"/>
              <w:tabs>
                <w:tab w:val="left" w:pos="7822"/>
              </w:tabs>
              <w:spacing w:before="120" w:after="120"/>
              <w:rPr>
                <w:rFonts w:ascii="Arial" w:hAnsi="Arial" w:cs="Arial"/>
                <w:b/>
                <w:bCs/>
                <w:lang w:val="fr-FR"/>
              </w:rPr>
            </w:pPr>
            <w:r w:rsidRPr="00876315">
              <w:rPr>
                <w:rFonts w:ascii="Arial" w:hAnsi="Arial" w:cs="Arial"/>
                <w:b/>
                <w:bCs/>
                <w:lang w:val="fr-FR"/>
              </w:rPr>
              <w:lastRenderedPageBreak/>
              <w:t xml:space="preserve">BTS </w:t>
            </w:r>
            <w:r w:rsidRPr="00876315">
              <w:rPr>
                <w:rFonts w:ascii="Arial" w:hAnsi="Arial" w:cs="Arial"/>
                <w:b/>
                <w:caps/>
                <w:lang w:val="fr-FR"/>
              </w:rPr>
              <w:t>Services informatiques aux organisations</w:t>
            </w:r>
            <w:r w:rsidRPr="00876315">
              <w:rPr>
                <w:rFonts w:ascii="Arial" w:hAnsi="Arial" w:cs="Arial"/>
                <w:b/>
                <w:bCs/>
                <w:lang w:val="fr-FR"/>
              </w:rPr>
              <w:tab/>
              <w:t>SESSION 2026</w:t>
            </w:r>
          </w:p>
          <w:p w:rsidR="00A609EB" w:rsidRPr="00876315" w:rsidRDefault="00A609EB" w:rsidP="007A2CD6">
            <w:pPr>
              <w:spacing w:before="120" w:after="120"/>
              <w:jc w:val="center"/>
              <w:rPr>
                <w:rFonts w:ascii="Arial" w:hAnsi="Arial"/>
                <w:b/>
                <w:bCs/>
                <w:lang w:val="fr-FR" w:eastAsia="fr-FR"/>
              </w:rPr>
            </w:pPr>
            <w:r w:rsidRPr="00876315">
              <w:rPr>
                <w:rFonts w:ascii="Arial" w:hAnsi="Arial" w:cs="Arial"/>
                <w:b/>
                <w:bCs/>
                <w:lang w:val="fr-FR"/>
              </w:rPr>
              <w:t xml:space="preserve">ANNEXE VII-1-B : </w:t>
            </w:r>
            <w:r w:rsidRPr="00876315">
              <w:rPr>
                <w:rFonts w:ascii="Arial" w:hAnsi="Arial"/>
                <w:b/>
                <w:bCs/>
                <w:lang w:val="fr-FR"/>
              </w:rPr>
              <w:t xml:space="preserve">Fiche descriptive de réalisation professionnelle </w:t>
            </w:r>
            <w:r w:rsidRPr="00876315">
              <w:rPr>
                <w:lang w:val="fr-FR"/>
              </w:rPr>
              <w:br/>
            </w:r>
            <w:r w:rsidRPr="00876315">
              <w:rPr>
                <w:rFonts w:ascii="Arial" w:hAnsi="Arial" w:cs="Arial"/>
                <w:b/>
                <w:bCs/>
                <w:lang w:val="fr-FR"/>
              </w:rPr>
              <w:t>(verso, éventuellement pages suivantes)</w:t>
            </w:r>
          </w:p>
          <w:p w:rsidR="00A609EB" w:rsidRPr="00876315" w:rsidRDefault="00A609EB" w:rsidP="007A2CD6">
            <w:pPr>
              <w:spacing w:before="120" w:after="120"/>
              <w:jc w:val="center"/>
              <w:rPr>
                <w:rFonts w:ascii="Arial" w:hAnsi="Arial"/>
                <w:b/>
                <w:lang w:val="fr-FR" w:eastAsia="fr-FR"/>
              </w:rPr>
            </w:pPr>
            <w:r w:rsidRPr="00876315">
              <w:rPr>
                <w:rFonts w:ascii="Arial" w:hAnsi="Arial"/>
                <w:b/>
                <w:bCs/>
                <w:lang w:val="fr-FR" w:eastAsia="fr-FR"/>
              </w:rPr>
              <w:t>Épreuve E6 - Conception et développement d’applications (option SLAM)</w:t>
            </w:r>
            <w:r w:rsidRPr="00876315">
              <w:rPr>
                <w:rFonts w:ascii="Arial" w:hAnsi="Arial"/>
                <w:lang w:val="fr-FR" w:eastAsia="fr-FR"/>
              </w:rPr>
              <w:t xml:space="preserve"> </w:t>
            </w:r>
          </w:p>
        </w:tc>
      </w:tr>
      <w:tr w:rsidR="00A609EB" w:rsidRPr="00A609EB" w:rsidTr="007A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406"/>
        </w:trPr>
        <w:tc>
          <w:tcPr>
            <w:tcW w:w="9923" w:type="dxa"/>
            <w:tcBorders>
              <w:top w:val="single" w:sz="4" w:space="0" w:color="000000"/>
              <w:left w:val="single" w:sz="4" w:space="0" w:color="000000"/>
              <w:bottom w:val="single" w:sz="4" w:space="0" w:color="auto"/>
              <w:right w:val="single" w:sz="4" w:space="0" w:color="000000"/>
            </w:tcBorders>
            <w:vAlign w:val="center"/>
          </w:tcPr>
          <w:p w:rsidR="00A609EB" w:rsidRPr="00876315" w:rsidRDefault="00A609EB" w:rsidP="007A2CD6">
            <w:pPr>
              <w:snapToGrid w:val="0"/>
              <w:rPr>
                <w:rFonts w:ascii="Arial" w:hAnsi="Arial" w:cs="Arial"/>
                <w:bCs/>
                <w:sz w:val="20"/>
                <w:szCs w:val="20"/>
                <w:lang w:val="fr-FR"/>
              </w:rPr>
            </w:pPr>
            <w:r w:rsidRPr="00876315">
              <w:rPr>
                <w:rFonts w:ascii="Arial" w:hAnsi="Arial" w:cs="Arial"/>
                <w:b/>
                <w:sz w:val="20"/>
                <w:szCs w:val="20"/>
                <w:lang w:val="fr-FR"/>
              </w:rPr>
              <w:lastRenderedPageBreak/>
              <w:t>Descriptif de la réalisation professionnelle, y compris les productions réalisées et schémas explicatifs</w:t>
            </w:r>
          </w:p>
          <w:p w:rsidR="00A609EB" w:rsidRPr="00876315" w:rsidRDefault="00A609EB" w:rsidP="007A2CD6">
            <w:pPr>
              <w:snapToGrid w:val="0"/>
              <w:rPr>
                <w:rFonts w:ascii="Arial" w:hAnsi="Arial"/>
                <w:bCs/>
                <w:sz w:val="20"/>
                <w:szCs w:val="20"/>
                <w:lang w:val="fr-FR"/>
              </w:rPr>
            </w:pPr>
          </w:p>
          <w:p w:rsidR="00A609EB" w:rsidRPr="006261D5" w:rsidRDefault="00A609EB" w:rsidP="007A2CD6">
            <w:pPr>
              <w:snapToGrid w:val="0"/>
              <w:rPr>
                <w:rFonts w:ascii="Arial" w:hAnsi="Arial"/>
                <w:bCs/>
                <w:sz w:val="20"/>
                <w:szCs w:val="20"/>
                <w:lang w:val="fr-FR"/>
              </w:rPr>
            </w:pPr>
            <w:r>
              <w:rPr>
                <w:rFonts w:ascii="Arial" w:hAnsi="Arial"/>
                <w:bCs/>
                <w:sz w:val="20"/>
                <w:szCs w:val="20"/>
                <w:lang w:val="fr-FR"/>
              </w:rPr>
              <w:t>1)</w:t>
            </w:r>
            <w:r w:rsidRPr="006261D5">
              <w:rPr>
                <w:rFonts w:ascii="Arial" w:hAnsi="Arial"/>
                <w:bCs/>
                <w:sz w:val="20"/>
                <w:szCs w:val="20"/>
                <w:lang w:val="fr-FR"/>
              </w:rPr>
              <w:t>Contexte</w:t>
            </w:r>
          </w:p>
          <w:p w:rsidR="008C6601" w:rsidRDefault="008C6601" w:rsidP="008C6601">
            <w:pPr>
              <w:pStyle w:val="NormalWeb"/>
            </w:pPr>
            <w:r>
              <w:t xml:space="preserve">Dans le cadre de ma deuxième année de BTS SIO option SLAM, j'ai développé une application web de gestion du parc informatique. Ce projet répond à un besoin concret : </w:t>
            </w:r>
            <w:r w:rsidRPr="008C6601">
              <w:rPr>
                <w:rStyle w:val="lev"/>
                <w:b w:val="0"/>
              </w:rPr>
              <w:t>aucun outil centralisé n'existait</w:t>
            </w:r>
            <w:r>
              <w:t xml:space="preserve"> pour suivre les équipements, les interventions et les affectations du matériel aux employés. Les informations étaient dispersées, ce qui entraînait des pertes de données et un suivi inefficace.</w:t>
            </w:r>
          </w:p>
          <w:p w:rsidR="00A609EB" w:rsidRPr="006261D5" w:rsidRDefault="00A609EB" w:rsidP="007A2CD6">
            <w:pPr>
              <w:snapToGrid w:val="0"/>
              <w:rPr>
                <w:rFonts w:ascii="Arial" w:hAnsi="Arial"/>
                <w:bCs/>
                <w:sz w:val="20"/>
                <w:szCs w:val="20"/>
                <w:lang w:val="fr-FR"/>
              </w:rPr>
            </w:pPr>
          </w:p>
          <w:p w:rsidR="00A609EB" w:rsidRPr="00876315" w:rsidRDefault="00A609EB" w:rsidP="007A2CD6">
            <w:pPr>
              <w:snapToGrid w:val="0"/>
              <w:rPr>
                <w:rFonts w:ascii="Arial" w:hAnsi="Arial"/>
                <w:bCs/>
                <w:sz w:val="20"/>
                <w:szCs w:val="20"/>
                <w:lang w:val="fr-FR"/>
              </w:rPr>
            </w:pPr>
            <w:r w:rsidRPr="00876315">
              <w:rPr>
                <w:rFonts w:ascii="Arial" w:hAnsi="Arial"/>
                <w:bCs/>
                <w:sz w:val="20"/>
                <w:szCs w:val="20"/>
                <w:lang w:val="fr-FR"/>
              </w:rPr>
              <w:t>2) Domaine étudi</w:t>
            </w:r>
            <w:r>
              <w:rPr>
                <w:rFonts w:ascii="Arial" w:hAnsi="Arial"/>
                <w:bCs/>
                <w:sz w:val="20"/>
                <w:szCs w:val="20"/>
                <w:lang w:val="fr-FR"/>
              </w:rPr>
              <w:t>é</w:t>
            </w:r>
          </w:p>
          <w:p w:rsidR="008C6601" w:rsidRPr="008C6601" w:rsidRDefault="008C6601" w:rsidP="008C6601">
            <w:pPr>
              <w:spacing w:before="100" w:beforeAutospacing="1" w:after="100" w:afterAutospacing="1" w:line="240" w:lineRule="auto"/>
              <w:rPr>
                <w:rFonts w:ascii="Times New Roman" w:eastAsia="Times New Roman" w:hAnsi="Times New Roman" w:cs="Times New Roman"/>
                <w:sz w:val="24"/>
                <w:szCs w:val="24"/>
                <w:lang w:val="fr-FR" w:eastAsia="fr-FR"/>
              </w:rPr>
            </w:pPr>
            <w:r w:rsidRPr="008C6601">
              <w:rPr>
                <w:rFonts w:ascii="Times New Roman" w:eastAsia="Times New Roman" w:hAnsi="Times New Roman" w:cs="Times New Roman"/>
                <w:sz w:val="24"/>
                <w:szCs w:val="24"/>
                <w:lang w:val="fr-FR" w:eastAsia="fr-FR"/>
              </w:rPr>
              <w:t xml:space="preserve">Le projet couvre la </w:t>
            </w:r>
            <w:r w:rsidRPr="008C6601">
              <w:rPr>
                <w:rFonts w:ascii="Times New Roman" w:eastAsia="Times New Roman" w:hAnsi="Times New Roman" w:cs="Times New Roman"/>
                <w:bCs/>
                <w:sz w:val="24"/>
                <w:szCs w:val="24"/>
                <w:lang w:val="fr-FR" w:eastAsia="fr-FR"/>
              </w:rPr>
              <w:t>gestion complète d'un parc informatique</w:t>
            </w:r>
            <w:r w:rsidRPr="008C6601">
              <w:rPr>
                <w:rFonts w:ascii="Times New Roman" w:eastAsia="Times New Roman" w:hAnsi="Times New Roman" w:cs="Times New Roman"/>
                <w:sz w:val="24"/>
                <w:szCs w:val="24"/>
                <w:lang w:val="fr-FR" w:eastAsia="fr-FR"/>
              </w:rPr>
              <w:t xml:space="preserve"> d'entreprise :</w:t>
            </w:r>
          </w:p>
          <w:p w:rsidR="008C6601" w:rsidRPr="008C6601" w:rsidRDefault="008C6601" w:rsidP="008C6601">
            <w:pPr>
              <w:numPr>
                <w:ilvl w:val="0"/>
                <w:numId w:val="10"/>
              </w:numPr>
              <w:spacing w:before="100" w:beforeAutospacing="1" w:after="100" w:afterAutospacing="1" w:line="240" w:lineRule="auto"/>
              <w:rPr>
                <w:rFonts w:ascii="Times New Roman" w:eastAsia="Times New Roman" w:hAnsi="Times New Roman" w:cs="Times New Roman"/>
                <w:sz w:val="24"/>
                <w:szCs w:val="24"/>
                <w:lang w:val="fr-FR" w:eastAsia="fr-FR"/>
              </w:rPr>
            </w:pPr>
            <w:r w:rsidRPr="008C6601">
              <w:rPr>
                <w:rFonts w:ascii="Times New Roman" w:eastAsia="Times New Roman" w:hAnsi="Times New Roman" w:cs="Times New Roman"/>
                <w:sz w:val="24"/>
                <w:szCs w:val="24"/>
                <w:lang w:val="fr-FR" w:eastAsia="fr-FR"/>
              </w:rPr>
              <w:t>Le recensement du matériel (PC, mobiles, périphériques, réseau)</w:t>
            </w:r>
          </w:p>
          <w:p w:rsidR="008C6601" w:rsidRPr="008C6601" w:rsidRDefault="008C6601" w:rsidP="008C6601">
            <w:pPr>
              <w:numPr>
                <w:ilvl w:val="0"/>
                <w:numId w:val="10"/>
              </w:numPr>
              <w:spacing w:before="100" w:beforeAutospacing="1" w:after="100" w:afterAutospacing="1" w:line="240" w:lineRule="auto"/>
              <w:rPr>
                <w:rFonts w:ascii="Times New Roman" w:eastAsia="Times New Roman" w:hAnsi="Times New Roman" w:cs="Times New Roman"/>
                <w:sz w:val="24"/>
                <w:szCs w:val="24"/>
                <w:lang w:val="fr-FR" w:eastAsia="fr-FR"/>
              </w:rPr>
            </w:pPr>
            <w:r w:rsidRPr="008C6601">
              <w:rPr>
                <w:rFonts w:ascii="Times New Roman" w:eastAsia="Times New Roman" w:hAnsi="Times New Roman" w:cs="Times New Roman"/>
                <w:sz w:val="24"/>
                <w:szCs w:val="24"/>
                <w:lang w:val="fr-FR" w:eastAsia="fr-FR"/>
              </w:rPr>
              <w:t>La gestion des logiciels et licences</w:t>
            </w:r>
          </w:p>
          <w:p w:rsidR="008C6601" w:rsidRPr="008C6601" w:rsidRDefault="008C6601" w:rsidP="008C6601">
            <w:pPr>
              <w:numPr>
                <w:ilvl w:val="0"/>
                <w:numId w:val="10"/>
              </w:numPr>
              <w:spacing w:before="100" w:beforeAutospacing="1" w:after="100" w:afterAutospacing="1" w:line="240" w:lineRule="auto"/>
              <w:rPr>
                <w:rFonts w:ascii="Times New Roman" w:eastAsia="Times New Roman" w:hAnsi="Times New Roman" w:cs="Times New Roman"/>
                <w:sz w:val="24"/>
                <w:szCs w:val="24"/>
                <w:lang w:val="fr-FR" w:eastAsia="fr-FR"/>
              </w:rPr>
            </w:pPr>
            <w:r w:rsidRPr="008C6601">
              <w:rPr>
                <w:rFonts w:ascii="Times New Roman" w:eastAsia="Times New Roman" w:hAnsi="Times New Roman" w:cs="Times New Roman"/>
                <w:sz w:val="24"/>
                <w:szCs w:val="24"/>
                <w:lang w:val="fr-FR" w:eastAsia="fr-FR"/>
              </w:rPr>
              <w:t>Le suivi des employés et de leurs affectations</w:t>
            </w:r>
          </w:p>
          <w:p w:rsidR="008C6601" w:rsidRPr="008C6601" w:rsidRDefault="008C6601" w:rsidP="008C6601">
            <w:pPr>
              <w:numPr>
                <w:ilvl w:val="0"/>
                <w:numId w:val="10"/>
              </w:numPr>
              <w:spacing w:before="100" w:beforeAutospacing="1" w:after="100" w:afterAutospacing="1" w:line="240" w:lineRule="auto"/>
              <w:rPr>
                <w:rFonts w:ascii="Times New Roman" w:eastAsia="Times New Roman" w:hAnsi="Times New Roman" w:cs="Times New Roman"/>
                <w:sz w:val="24"/>
                <w:szCs w:val="24"/>
                <w:lang w:val="fr-FR" w:eastAsia="fr-FR"/>
              </w:rPr>
            </w:pPr>
            <w:r w:rsidRPr="008C6601">
              <w:rPr>
                <w:rFonts w:ascii="Times New Roman" w:eastAsia="Times New Roman" w:hAnsi="Times New Roman" w:cs="Times New Roman"/>
                <w:sz w:val="24"/>
                <w:szCs w:val="24"/>
                <w:lang w:val="fr-FR" w:eastAsia="fr-FR"/>
              </w:rPr>
              <w:t>La maintenance et les interventions techniques</w:t>
            </w:r>
          </w:p>
          <w:p w:rsidR="00A609EB" w:rsidRPr="00876315" w:rsidRDefault="00A609EB" w:rsidP="007A2CD6">
            <w:pPr>
              <w:snapToGrid w:val="0"/>
              <w:rPr>
                <w:rFonts w:ascii="Arial" w:hAnsi="Arial"/>
                <w:bCs/>
                <w:sz w:val="20"/>
                <w:szCs w:val="20"/>
                <w:lang w:val="fr-FR"/>
              </w:rPr>
            </w:pPr>
          </w:p>
          <w:p w:rsidR="00A609EB" w:rsidRPr="00876315" w:rsidRDefault="00A609EB" w:rsidP="007A2CD6">
            <w:pPr>
              <w:snapToGrid w:val="0"/>
              <w:rPr>
                <w:rFonts w:ascii="Arial" w:hAnsi="Arial"/>
                <w:bCs/>
                <w:sz w:val="20"/>
                <w:szCs w:val="20"/>
                <w:lang w:val="fr-FR"/>
              </w:rPr>
            </w:pPr>
            <w:r w:rsidRPr="00876315">
              <w:rPr>
                <w:rFonts w:ascii="Arial" w:hAnsi="Arial"/>
                <w:bCs/>
                <w:sz w:val="20"/>
                <w:szCs w:val="20"/>
                <w:lang w:val="fr-FR"/>
              </w:rPr>
              <w:t xml:space="preserve">3) Fonctionnement du système </w:t>
            </w:r>
          </w:p>
          <w:p w:rsidR="008C6601" w:rsidRPr="008C6601" w:rsidRDefault="008C6601" w:rsidP="008C6601">
            <w:pPr>
              <w:spacing w:before="100" w:beforeAutospacing="1" w:after="100" w:afterAutospacing="1" w:line="240" w:lineRule="auto"/>
              <w:rPr>
                <w:rFonts w:ascii="Times New Roman" w:eastAsia="Times New Roman" w:hAnsi="Times New Roman" w:cs="Times New Roman"/>
                <w:sz w:val="24"/>
                <w:szCs w:val="24"/>
                <w:lang w:val="fr-FR" w:eastAsia="fr-FR"/>
              </w:rPr>
            </w:pPr>
            <w:r w:rsidRPr="008C6601">
              <w:rPr>
                <w:rFonts w:ascii="Times New Roman" w:eastAsia="Times New Roman" w:hAnsi="Times New Roman" w:cs="Times New Roman"/>
                <w:sz w:val="24"/>
                <w:szCs w:val="24"/>
                <w:lang w:val="fr-FR" w:eastAsia="fr-FR"/>
              </w:rPr>
              <w:t xml:space="preserve">L'application repose sur </w:t>
            </w:r>
            <w:r w:rsidRPr="008C6601">
              <w:rPr>
                <w:rFonts w:ascii="Times New Roman" w:eastAsia="Times New Roman" w:hAnsi="Times New Roman" w:cs="Times New Roman"/>
                <w:bCs/>
                <w:sz w:val="24"/>
                <w:szCs w:val="24"/>
                <w:lang w:val="fr-FR" w:eastAsia="fr-FR"/>
              </w:rPr>
              <w:t>3 niveaux d'accès</w:t>
            </w:r>
            <w:r w:rsidRPr="008C6601">
              <w:rPr>
                <w:rFonts w:ascii="Times New Roman" w:eastAsia="Times New Roman" w:hAnsi="Times New Roman" w:cs="Times New Roman"/>
                <w:sz w:val="24"/>
                <w:szCs w:val="24"/>
                <w:lang w:val="fr-FR" w:eastAsia="fr-FR"/>
              </w:rPr>
              <w:t xml:space="preserve"> :</w:t>
            </w:r>
          </w:p>
          <w:p w:rsidR="008C6601" w:rsidRPr="008C6601" w:rsidRDefault="008C6601" w:rsidP="008C6601">
            <w:pPr>
              <w:numPr>
                <w:ilvl w:val="0"/>
                <w:numId w:val="11"/>
              </w:numPr>
              <w:spacing w:before="100" w:beforeAutospacing="1" w:after="100" w:afterAutospacing="1" w:line="240" w:lineRule="auto"/>
              <w:rPr>
                <w:rFonts w:ascii="Times New Roman" w:eastAsia="Times New Roman" w:hAnsi="Times New Roman" w:cs="Times New Roman"/>
                <w:sz w:val="24"/>
                <w:szCs w:val="24"/>
                <w:lang w:val="fr-FR" w:eastAsia="fr-FR"/>
              </w:rPr>
            </w:pPr>
            <w:r w:rsidRPr="008C6601">
              <w:rPr>
                <w:rFonts w:ascii="Times New Roman" w:eastAsia="Times New Roman" w:hAnsi="Times New Roman" w:cs="Times New Roman"/>
                <w:bCs/>
                <w:sz w:val="24"/>
                <w:szCs w:val="24"/>
                <w:lang w:val="fr-FR" w:eastAsia="fr-FR"/>
              </w:rPr>
              <w:t>Administrateur</w:t>
            </w:r>
            <w:r w:rsidRPr="008C6601">
              <w:rPr>
                <w:rFonts w:ascii="Times New Roman" w:eastAsia="Times New Roman" w:hAnsi="Times New Roman" w:cs="Times New Roman"/>
                <w:sz w:val="24"/>
                <w:szCs w:val="24"/>
                <w:lang w:val="fr-FR" w:eastAsia="fr-FR"/>
              </w:rPr>
              <w:t xml:space="preserve"> → accès complet à tous les modules</w:t>
            </w:r>
          </w:p>
          <w:p w:rsidR="008C6601" w:rsidRPr="008C6601" w:rsidRDefault="008C6601" w:rsidP="008C6601">
            <w:pPr>
              <w:numPr>
                <w:ilvl w:val="0"/>
                <w:numId w:val="11"/>
              </w:numPr>
              <w:spacing w:before="100" w:beforeAutospacing="1" w:after="100" w:afterAutospacing="1" w:line="240" w:lineRule="auto"/>
              <w:rPr>
                <w:rFonts w:ascii="Times New Roman" w:eastAsia="Times New Roman" w:hAnsi="Times New Roman" w:cs="Times New Roman"/>
                <w:sz w:val="24"/>
                <w:szCs w:val="24"/>
                <w:lang w:val="fr-FR" w:eastAsia="fr-FR"/>
              </w:rPr>
            </w:pPr>
            <w:r w:rsidRPr="008C6601">
              <w:rPr>
                <w:rFonts w:ascii="Times New Roman" w:eastAsia="Times New Roman" w:hAnsi="Times New Roman" w:cs="Times New Roman"/>
                <w:bCs/>
                <w:sz w:val="24"/>
                <w:szCs w:val="24"/>
                <w:lang w:val="fr-FR" w:eastAsia="fr-FR"/>
              </w:rPr>
              <w:t>Employé RH</w:t>
            </w:r>
            <w:r w:rsidRPr="008C6601">
              <w:rPr>
                <w:rFonts w:ascii="Times New Roman" w:eastAsia="Times New Roman" w:hAnsi="Times New Roman" w:cs="Times New Roman"/>
                <w:sz w:val="24"/>
                <w:szCs w:val="24"/>
                <w:lang w:val="fr-FR" w:eastAsia="fr-FR"/>
              </w:rPr>
              <w:t xml:space="preserve"> → gestion des employés et consultation du parc</w:t>
            </w:r>
          </w:p>
          <w:p w:rsidR="008C6601" w:rsidRPr="008C6601" w:rsidRDefault="008C6601" w:rsidP="008C6601">
            <w:pPr>
              <w:numPr>
                <w:ilvl w:val="0"/>
                <w:numId w:val="11"/>
              </w:numPr>
              <w:spacing w:before="100" w:beforeAutospacing="1" w:after="100" w:afterAutospacing="1" w:line="240" w:lineRule="auto"/>
              <w:rPr>
                <w:rFonts w:ascii="Times New Roman" w:eastAsia="Times New Roman" w:hAnsi="Times New Roman" w:cs="Times New Roman"/>
                <w:sz w:val="24"/>
                <w:szCs w:val="24"/>
                <w:lang w:val="fr-FR" w:eastAsia="fr-FR"/>
              </w:rPr>
            </w:pPr>
            <w:r w:rsidRPr="008C6601">
              <w:rPr>
                <w:rFonts w:ascii="Times New Roman" w:eastAsia="Times New Roman" w:hAnsi="Times New Roman" w:cs="Times New Roman"/>
                <w:bCs/>
                <w:sz w:val="24"/>
                <w:szCs w:val="24"/>
                <w:lang w:val="fr-FR" w:eastAsia="fr-FR"/>
              </w:rPr>
              <w:t>Employé standard</w:t>
            </w:r>
            <w:r w:rsidRPr="008C6601">
              <w:rPr>
                <w:rFonts w:ascii="Times New Roman" w:eastAsia="Times New Roman" w:hAnsi="Times New Roman" w:cs="Times New Roman"/>
                <w:sz w:val="24"/>
                <w:szCs w:val="24"/>
                <w:lang w:val="fr-FR" w:eastAsia="fr-FR"/>
              </w:rPr>
              <w:t xml:space="preserve"> → consultation en lecture seule + gestion de ses tickets</w:t>
            </w:r>
          </w:p>
          <w:p w:rsidR="00A609EB" w:rsidRPr="00F870FE" w:rsidRDefault="00A609EB" w:rsidP="007A2CD6">
            <w:pPr>
              <w:snapToGrid w:val="0"/>
              <w:rPr>
                <w:rFonts w:ascii="Arial" w:hAnsi="Arial"/>
                <w:bCs/>
                <w:sz w:val="20"/>
                <w:szCs w:val="20"/>
                <w:lang w:val="fr-FR"/>
              </w:rPr>
            </w:pPr>
          </w:p>
          <w:p w:rsidR="00A609EB" w:rsidRDefault="00A609EB" w:rsidP="007A2CD6">
            <w:pPr>
              <w:snapToGrid w:val="0"/>
              <w:rPr>
                <w:rFonts w:ascii="Arial" w:hAnsi="Arial"/>
                <w:bCs/>
                <w:sz w:val="20"/>
                <w:szCs w:val="20"/>
              </w:rPr>
            </w:pPr>
            <w:r>
              <w:rPr>
                <w:rFonts w:ascii="Arial" w:hAnsi="Arial"/>
                <w:bCs/>
                <w:sz w:val="20"/>
                <w:szCs w:val="20"/>
              </w:rPr>
              <w:t xml:space="preserve">4) </w:t>
            </w:r>
            <w:proofErr w:type="spellStart"/>
            <w:r>
              <w:rPr>
                <w:rFonts w:ascii="Arial" w:hAnsi="Arial"/>
                <w:bCs/>
                <w:sz w:val="20"/>
                <w:szCs w:val="20"/>
              </w:rPr>
              <w:t>Modèle</w:t>
            </w:r>
            <w:proofErr w:type="spellEnd"/>
            <w:r>
              <w:rPr>
                <w:rFonts w:ascii="Arial" w:hAnsi="Arial"/>
                <w:bCs/>
                <w:sz w:val="20"/>
                <w:szCs w:val="20"/>
              </w:rPr>
              <w:t xml:space="preserve"> </w:t>
            </w:r>
            <w:proofErr w:type="spellStart"/>
            <w:r>
              <w:rPr>
                <w:rFonts w:ascii="Arial" w:hAnsi="Arial"/>
                <w:bCs/>
                <w:sz w:val="20"/>
                <w:szCs w:val="20"/>
              </w:rPr>
              <w:t>entité</w:t>
            </w:r>
            <w:proofErr w:type="spellEnd"/>
            <w:r>
              <w:rPr>
                <w:rFonts w:ascii="Arial" w:hAnsi="Arial"/>
                <w:bCs/>
                <w:sz w:val="20"/>
                <w:szCs w:val="20"/>
              </w:rPr>
              <w:t xml:space="preserve">-association </w:t>
            </w:r>
          </w:p>
          <w:p w:rsidR="00A609EB" w:rsidRDefault="00A609EB" w:rsidP="007A2CD6">
            <w:pPr>
              <w:snapToGrid w:val="0"/>
              <w:rPr>
                <w:rFonts w:ascii="Arial" w:hAnsi="Arial"/>
                <w:bCs/>
                <w:sz w:val="20"/>
                <w:szCs w:val="20"/>
              </w:rPr>
            </w:pPr>
          </w:p>
          <w:p w:rsidR="00A609EB" w:rsidRDefault="00E13193" w:rsidP="007A2CD6">
            <w:pPr>
              <w:snapToGrid w:val="0"/>
              <w:rPr>
                <w:rFonts w:ascii="Arial" w:hAnsi="Arial"/>
                <w:bCs/>
                <w:sz w:val="20"/>
                <w:szCs w:val="20"/>
              </w:rPr>
            </w:pPr>
            <w:r w:rsidRPr="00E13193">
              <w:rPr>
                <w:rFonts w:ascii="Arial" w:hAnsi="Arial"/>
                <w:bCs/>
                <w:noProof/>
                <w:sz w:val="20"/>
                <w:szCs w:val="20"/>
              </w:rPr>
              <w:lastRenderedPageBreak/>
              <w:drawing>
                <wp:inline distT="0" distB="0" distL="0" distR="0" wp14:anchorId="51B8D450" wp14:editId="7EF766FC">
                  <wp:extent cx="4372585" cy="6220693"/>
                  <wp:effectExtent l="0" t="0" r="9525"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2585" cy="6220693"/>
                          </a:xfrm>
                          <a:prstGeom prst="rect">
                            <a:avLst/>
                          </a:prstGeom>
                        </pic:spPr>
                      </pic:pic>
                    </a:graphicData>
                  </a:graphic>
                </wp:inline>
              </w:drawing>
            </w:r>
          </w:p>
          <w:p w:rsidR="00A609EB" w:rsidRDefault="00A609EB" w:rsidP="007A2CD6">
            <w:pPr>
              <w:snapToGrid w:val="0"/>
              <w:rPr>
                <w:rFonts w:ascii="Arial" w:hAnsi="Arial"/>
                <w:bCs/>
                <w:sz w:val="20"/>
                <w:szCs w:val="20"/>
              </w:rPr>
            </w:pPr>
          </w:p>
          <w:p w:rsidR="00A609EB" w:rsidRPr="00876315" w:rsidRDefault="00A609EB" w:rsidP="007A2CD6">
            <w:pPr>
              <w:snapToGrid w:val="0"/>
              <w:rPr>
                <w:rFonts w:ascii="Arial" w:hAnsi="Arial" w:cs="Arial"/>
                <w:b/>
                <w:sz w:val="20"/>
                <w:szCs w:val="20"/>
                <w:lang w:val="fr-FR"/>
              </w:rPr>
            </w:pPr>
            <w:r w:rsidRPr="00876315">
              <w:rPr>
                <w:rFonts w:ascii="Arial" w:hAnsi="Arial"/>
                <w:bCs/>
                <w:sz w:val="20"/>
                <w:szCs w:val="20"/>
                <w:lang w:val="fr-FR"/>
              </w:rPr>
              <w:t xml:space="preserve">5) </w:t>
            </w:r>
            <w:r w:rsidRPr="00876315">
              <w:rPr>
                <w:rFonts w:ascii="Arial" w:hAnsi="Arial" w:cs="Arial"/>
                <w:b/>
                <w:sz w:val="20"/>
                <w:szCs w:val="20"/>
                <w:lang w:val="fr-FR"/>
              </w:rPr>
              <w:t>Modèle UML de base de données</w:t>
            </w:r>
          </w:p>
          <w:p w:rsidR="00A609EB" w:rsidRPr="00876315" w:rsidRDefault="00A609EB" w:rsidP="007A2CD6">
            <w:pPr>
              <w:snapToGrid w:val="0"/>
              <w:rPr>
                <w:rFonts w:ascii="Arial" w:hAnsi="Arial" w:cs="Arial"/>
                <w:b/>
                <w:sz w:val="20"/>
                <w:szCs w:val="20"/>
                <w:lang w:val="fr-FR"/>
              </w:rPr>
            </w:pPr>
          </w:p>
          <w:p w:rsidR="00A609EB" w:rsidRDefault="00E13193" w:rsidP="007A2CD6">
            <w:pPr>
              <w:snapToGrid w:val="0"/>
              <w:rPr>
                <w:rFonts w:ascii="Arial" w:hAnsi="Arial"/>
                <w:bCs/>
                <w:sz w:val="20"/>
                <w:szCs w:val="20"/>
              </w:rPr>
            </w:pPr>
            <w:r w:rsidRPr="00E13193">
              <w:rPr>
                <w:rFonts w:ascii="Arial" w:hAnsi="Arial"/>
                <w:bCs/>
                <w:noProof/>
                <w:sz w:val="20"/>
                <w:szCs w:val="20"/>
              </w:rPr>
              <w:lastRenderedPageBreak/>
              <w:drawing>
                <wp:inline distT="0" distB="0" distL="0" distR="0" wp14:anchorId="2B716B5D" wp14:editId="388C7697">
                  <wp:extent cx="4610743" cy="6258798"/>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0743" cy="6258798"/>
                          </a:xfrm>
                          <a:prstGeom prst="rect">
                            <a:avLst/>
                          </a:prstGeom>
                        </pic:spPr>
                      </pic:pic>
                    </a:graphicData>
                  </a:graphic>
                </wp:inline>
              </w:drawing>
            </w:r>
          </w:p>
          <w:p w:rsidR="00A609EB" w:rsidRDefault="00A609EB" w:rsidP="007A2CD6">
            <w:pPr>
              <w:snapToGrid w:val="0"/>
              <w:rPr>
                <w:rFonts w:ascii="Arial" w:hAnsi="Arial"/>
                <w:bCs/>
                <w:sz w:val="20"/>
                <w:szCs w:val="20"/>
              </w:rPr>
            </w:pPr>
          </w:p>
          <w:p w:rsidR="00A609EB" w:rsidRDefault="00A609EB" w:rsidP="007A2CD6">
            <w:pPr>
              <w:snapToGrid w:val="0"/>
              <w:rPr>
                <w:rFonts w:ascii="Arial" w:hAnsi="Arial" w:cs="Arial"/>
                <w:b/>
                <w:sz w:val="20"/>
                <w:szCs w:val="20"/>
              </w:rPr>
            </w:pPr>
            <w:r>
              <w:rPr>
                <w:rFonts w:ascii="Arial" w:hAnsi="Arial"/>
                <w:bCs/>
                <w:sz w:val="20"/>
                <w:szCs w:val="20"/>
              </w:rPr>
              <w:t xml:space="preserve">6) </w:t>
            </w:r>
            <w:proofErr w:type="spellStart"/>
            <w:r>
              <w:rPr>
                <w:rFonts w:ascii="Arial" w:hAnsi="Arial" w:cs="Arial"/>
                <w:b/>
                <w:sz w:val="20"/>
                <w:szCs w:val="20"/>
              </w:rPr>
              <w:t>Modèle</w:t>
            </w:r>
            <w:proofErr w:type="spellEnd"/>
            <w:r>
              <w:rPr>
                <w:rFonts w:ascii="Arial" w:hAnsi="Arial" w:cs="Arial"/>
                <w:b/>
                <w:sz w:val="20"/>
                <w:szCs w:val="20"/>
              </w:rPr>
              <w:t xml:space="preserve"> MLD </w:t>
            </w:r>
          </w:p>
          <w:p w:rsidR="00A609EB" w:rsidRDefault="00A609EB" w:rsidP="007A2CD6">
            <w:pPr>
              <w:snapToGrid w:val="0"/>
              <w:rPr>
                <w:rFonts w:ascii="Arial" w:hAnsi="Arial"/>
                <w:bCs/>
                <w:sz w:val="20"/>
                <w:szCs w:val="20"/>
              </w:rPr>
            </w:pPr>
          </w:p>
          <w:p w:rsidR="00A609EB" w:rsidRDefault="00E13193" w:rsidP="007A2CD6">
            <w:pPr>
              <w:snapToGrid w:val="0"/>
              <w:rPr>
                <w:rFonts w:ascii="Arial" w:hAnsi="Arial"/>
                <w:bCs/>
                <w:sz w:val="20"/>
                <w:szCs w:val="20"/>
              </w:rPr>
            </w:pPr>
            <w:r w:rsidRPr="00E13193">
              <w:rPr>
                <w:rFonts w:ascii="Arial" w:hAnsi="Arial"/>
                <w:bCs/>
                <w:noProof/>
                <w:sz w:val="20"/>
                <w:szCs w:val="20"/>
              </w:rPr>
              <w:drawing>
                <wp:inline distT="0" distB="0" distL="0" distR="0" wp14:anchorId="2D5D9C9A" wp14:editId="3277AEEC">
                  <wp:extent cx="6116320" cy="11341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1134110"/>
                          </a:xfrm>
                          <a:prstGeom prst="rect">
                            <a:avLst/>
                          </a:prstGeom>
                        </pic:spPr>
                      </pic:pic>
                    </a:graphicData>
                  </a:graphic>
                </wp:inline>
              </w:drawing>
            </w:r>
          </w:p>
          <w:p w:rsidR="00A609EB" w:rsidRDefault="00A609EB" w:rsidP="007A2CD6">
            <w:pPr>
              <w:snapToGrid w:val="0"/>
              <w:rPr>
                <w:rFonts w:ascii="Arial" w:hAnsi="Arial"/>
                <w:bCs/>
                <w:sz w:val="20"/>
                <w:szCs w:val="20"/>
              </w:rPr>
            </w:pPr>
          </w:p>
          <w:p w:rsidR="00A609EB" w:rsidRPr="00876315" w:rsidRDefault="00A609EB" w:rsidP="007A2CD6">
            <w:pPr>
              <w:snapToGrid w:val="0"/>
              <w:rPr>
                <w:rFonts w:ascii="Arial" w:hAnsi="Arial"/>
                <w:bCs/>
                <w:sz w:val="20"/>
                <w:szCs w:val="20"/>
                <w:lang w:val="fr-FR"/>
              </w:rPr>
            </w:pPr>
            <w:r w:rsidRPr="00876315">
              <w:rPr>
                <w:rFonts w:ascii="Arial" w:hAnsi="Arial"/>
                <w:bCs/>
                <w:sz w:val="20"/>
                <w:szCs w:val="20"/>
                <w:lang w:val="fr-FR"/>
              </w:rPr>
              <w:t>7) Modélisation IHM</w:t>
            </w:r>
          </w:p>
          <w:p w:rsidR="00A609EB" w:rsidRPr="00876315" w:rsidRDefault="00A609EB" w:rsidP="007A2CD6">
            <w:pPr>
              <w:snapToGrid w:val="0"/>
              <w:rPr>
                <w:rFonts w:ascii="Arial" w:hAnsi="Arial"/>
                <w:bCs/>
                <w:sz w:val="20"/>
                <w:szCs w:val="20"/>
                <w:lang w:val="fr-FR"/>
              </w:rPr>
            </w:pPr>
          </w:p>
          <w:p w:rsidR="00A609EB" w:rsidRPr="00156251" w:rsidRDefault="00A609EB"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lastRenderedPageBreak/>
              <w:t>Page de connexion :</w:t>
            </w:r>
          </w:p>
          <w:p w:rsidR="00A609EB" w:rsidRPr="00876315" w:rsidRDefault="00E13193" w:rsidP="007A2CD6">
            <w:pPr>
              <w:snapToGrid w:val="0"/>
              <w:rPr>
                <w:rFonts w:ascii="Arial" w:hAnsi="Arial"/>
                <w:bCs/>
                <w:sz w:val="20"/>
                <w:szCs w:val="20"/>
                <w:lang w:val="fr-FR"/>
              </w:rPr>
            </w:pPr>
            <w:r w:rsidRPr="00E13193">
              <w:rPr>
                <w:rFonts w:ascii="Arial" w:hAnsi="Arial"/>
                <w:bCs/>
                <w:noProof/>
                <w:sz w:val="20"/>
                <w:szCs w:val="20"/>
                <w:lang w:val="fr-FR"/>
              </w:rPr>
              <w:drawing>
                <wp:inline distT="0" distB="0" distL="0" distR="0" wp14:anchorId="639A785B" wp14:editId="06317C6D">
                  <wp:extent cx="6116320" cy="28257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2825750"/>
                          </a:xfrm>
                          <a:prstGeom prst="rect">
                            <a:avLst/>
                          </a:prstGeom>
                        </pic:spPr>
                      </pic:pic>
                    </a:graphicData>
                  </a:graphic>
                </wp:inline>
              </w:drawing>
            </w:r>
          </w:p>
          <w:p w:rsidR="00A609EB" w:rsidRDefault="00A609EB" w:rsidP="007A2CD6">
            <w:pPr>
              <w:snapToGrid w:val="0"/>
              <w:rPr>
                <w:rFonts w:ascii="Arial" w:hAnsi="Arial"/>
                <w:bCs/>
                <w:sz w:val="20"/>
                <w:szCs w:val="20"/>
              </w:rPr>
            </w:pPr>
          </w:p>
          <w:p w:rsidR="00A609EB" w:rsidRPr="00156251" w:rsidRDefault="00A609EB" w:rsidP="00156251">
            <w:pPr>
              <w:snapToGrid w:val="0"/>
              <w:jc w:val="center"/>
              <w:rPr>
                <w:rFonts w:ascii="Arial" w:hAnsi="Arial"/>
                <w:b/>
                <w:bCs/>
                <w:sz w:val="20"/>
                <w:szCs w:val="20"/>
                <w:u w:val="single"/>
              </w:rPr>
            </w:pPr>
            <w:r w:rsidRPr="00156251">
              <w:rPr>
                <w:rFonts w:ascii="Arial" w:hAnsi="Arial"/>
                <w:b/>
                <w:bCs/>
                <w:sz w:val="20"/>
                <w:szCs w:val="20"/>
                <w:u w:val="single"/>
              </w:rPr>
              <w:t xml:space="preserve">Vue </w:t>
            </w:r>
            <w:proofErr w:type="gramStart"/>
            <w:r w:rsidRPr="00156251">
              <w:rPr>
                <w:rFonts w:ascii="Arial" w:hAnsi="Arial"/>
                <w:b/>
                <w:bCs/>
                <w:sz w:val="20"/>
                <w:szCs w:val="20"/>
                <w:u w:val="single"/>
              </w:rPr>
              <w:t>Dashboard :</w:t>
            </w:r>
            <w:proofErr w:type="gramEnd"/>
          </w:p>
          <w:p w:rsidR="00E13193" w:rsidRPr="00156251" w:rsidRDefault="00E13193" w:rsidP="00E13193">
            <w:pPr>
              <w:snapToGrid w:val="0"/>
              <w:jc w:val="center"/>
              <w:rPr>
                <w:rFonts w:ascii="Arial" w:hAnsi="Arial"/>
                <w:b/>
                <w:bCs/>
                <w:sz w:val="20"/>
                <w:szCs w:val="20"/>
                <w:u w:val="single"/>
              </w:rPr>
            </w:pPr>
            <w:r w:rsidRPr="00156251">
              <w:rPr>
                <w:rFonts w:ascii="Arial" w:hAnsi="Arial"/>
                <w:b/>
                <w:bCs/>
                <w:sz w:val="20"/>
                <w:szCs w:val="20"/>
                <w:u w:val="single"/>
              </w:rPr>
              <w:t>Admin</w:t>
            </w:r>
          </w:p>
          <w:p w:rsidR="00E13193" w:rsidRDefault="00E13193" w:rsidP="007A2CD6">
            <w:pPr>
              <w:snapToGrid w:val="0"/>
              <w:rPr>
                <w:rFonts w:ascii="Arial" w:hAnsi="Arial"/>
                <w:bCs/>
                <w:sz w:val="20"/>
                <w:szCs w:val="20"/>
              </w:rPr>
            </w:pPr>
            <w:r w:rsidRPr="00E13193">
              <w:rPr>
                <w:rFonts w:ascii="Arial" w:hAnsi="Arial"/>
                <w:bCs/>
                <w:noProof/>
                <w:sz w:val="20"/>
                <w:szCs w:val="20"/>
              </w:rPr>
              <w:drawing>
                <wp:inline distT="0" distB="0" distL="0" distR="0" wp14:anchorId="72A5D613" wp14:editId="558F3778">
                  <wp:extent cx="6116320" cy="2837815"/>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2837815"/>
                          </a:xfrm>
                          <a:prstGeom prst="rect">
                            <a:avLst/>
                          </a:prstGeom>
                        </pic:spPr>
                      </pic:pic>
                    </a:graphicData>
                  </a:graphic>
                </wp:inline>
              </w:drawing>
            </w:r>
          </w:p>
          <w:p w:rsidR="00A609EB" w:rsidRDefault="00A609EB" w:rsidP="007A2CD6">
            <w:pPr>
              <w:snapToGrid w:val="0"/>
              <w:jc w:val="center"/>
              <w:rPr>
                <w:rFonts w:ascii="Arial" w:hAnsi="Arial"/>
                <w:bCs/>
                <w:sz w:val="20"/>
                <w:szCs w:val="20"/>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A609EB" w:rsidRPr="00156251" w:rsidRDefault="00E1319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lastRenderedPageBreak/>
              <w:t>Gestion des employés</w:t>
            </w:r>
            <w:r w:rsidR="00A609EB" w:rsidRPr="00156251">
              <w:rPr>
                <w:rFonts w:ascii="Arial" w:hAnsi="Arial"/>
                <w:b/>
                <w:bCs/>
                <w:sz w:val="20"/>
                <w:szCs w:val="20"/>
                <w:u w:val="single"/>
                <w:lang w:val="fr-FR"/>
              </w:rPr>
              <w:t> :</w:t>
            </w:r>
          </w:p>
          <w:p w:rsidR="00E13193" w:rsidRPr="00512555" w:rsidRDefault="00E13193" w:rsidP="007A2CD6">
            <w:pPr>
              <w:snapToGrid w:val="0"/>
              <w:rPr>
                <w:rFonts w:ascii="Arial" w:hAnsi="Arial"/>
                <w:bCs/>
                <w:sz w:val="20"/>
                <w:szCs w:val="20"/>
                <w:lang w:val="fr-FR"/>
              </w:rPr>
            </w:pPr>
            <w:r w:rsidRPr="00E13193">
              <w:rPr>
                <w:rFonts w:ascii="Arial" w:hAnsi="Arial"/>
                <w:bCs/>
                <w:noProof/>
                <w:sz w:val="20"/>
                <w:szCs w:val="20"/>
                <w:lang w:val="fr-FR"/>
              </w:rPr>
              <w:drawing>
                <wp:inline distT="0" distB="0" distL="0" distR="0" wp14:anchorId="4CF86B69" wp14:editId="683D0B42">
                  <wp:extent cx="6116320" cy="27819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2781935"/>
                          </a:xfrm>
                          <a:prstGeom prst="rect">
                            <a:avLst/>
                          </a:prstGeom>
                        </pic:spPr>
                      </pic:pic>
                    </a:graphicData>
                  </a:graphic>
                </wp:inline>
              </w:drawing>
            </w:r>
          </w:p>
          <w:p w:rsidR="00A609EB" w:rsidRPr="00156251" w:rsidRDefault="00A609EB" w:rsidP="00156251">
            <w:pPr>
              <w:snapToGrid w:val="0"/>
              <w:jc w:val="center"/>
              <w:rPr>
                <w:rFonts w:ascii="Arial" w:hAnsi="Arial"/>
                <w:b/>
                <w:bCs/>
                <w:sz w:val="20"/>
                <w:szCs w:val="20"/>
                <w:u w:val="single"/>
                <w:lang w:val="fr-FR"/>
              </w:rPr>
            </w:pPr>
          </w:p>
          <w:p w:rsidR="00A609EB" w:rsidRPr="00156251" w:rsidRDefault="00E1319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t xml:space="preserve">Ajout d’un employé </w:t>
            </w:r>
            <w:r w:rsidR="00A609EB" w:rsidRPr="00156251">
              <w:rPr>
                <w:rFonts w:ascii="Arial" w:hAnsi="Arial"/>
                <w:b/>
                <w:bCs/>
                <w:sz w:val="20"/>
                <w:szCs w:val="20"/>
                <w:u w:val="single"/>
                <w:lang w:val="fr-FR"/>
              </w:rPr>
              <w:t>:</w:t>
            </w:r>
          </w:p>
          <w:p w:rsidR="00A609EB" w:rsidRPr="00876315" w:rsidRDefault="00A609EB" w:rsidP="007A2CD6">
            <w:pPr>
              <w:snapToGrid w:val="0"/>
              <w:rPr>
                <w:rFonts w:ascii="Arial" w:hAnsi="Arial"/>
                <w:bCs/>
                <w:sz w:val="20"/>
                <w:szCs w:val="20"/>
                <w:lang w:val="fr-FR"/>
              </w:rPr>
            </w:pPr>
            <w:r w:rsidRPr="00876315">
              <w:rPr>
                <w:rFonts w:ascii="Arial" w:hAnsi="Arial"/>
                <w:bCs/>
                <w:sz w:val="20"/>
                <w:szCs w:val="20"/>
                <w:lang w:val="fr-FR"/>
              </w:rPr>
              <w:t xml:space="preserve"> </w:t>
            </w:r>
            <w:r w:rsidR="002C69A3" w:rsidRPr="002C69A3">
              <w:rPr>
                <w:rFonts w:ascii="Arial" w:hAnsi="Arial"/>
                <w:bCs/>
                <w:noProof/>
                <w:sz w:val="20"/>
                <w:szCs w:val="20"/>
                <w:lang w:val="fr-FR"/>
              </w:rPr>
              <w:drawing>
                <wp:inline distT="0" distB="0" distL="0" distR="0" wp14:anchorId="4E0DBC80" wp14:editId="0BC4DD82">
                  <wp:extent cx="6116320" cy="243332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2433320"/>
                          </a:xfrm>
                          <a:prstGeom prst="rect">
                            <a:avLst/>
                          </a:prstGeom>
                        </pic:spPr>
                      </pic:pic>
                    </a:graphicData>
                  </a:graphic>
                </wp:inline>
              </w:drawing>
            </w: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A609EB" w:rsidRPr="00156251" w:rsidRDefault="002C69A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lastRenderedPageBreak/>
              <w:t>Gestion du matériel</w:t>
            </w:r>
            <w:r w:rsidR="00A609EB" w:rsidRPr="00156251">
              <w:rPr>
                <w:rFonts w:ascii="Arial" w:hAnsi="Arial"/>
                <w:b/>
                <w:bCs/>
                <w:sz w:val="20"/>
                <w:szCs w:val="20"/>
                <w:u w:val="single"/>
                <w:lang w:val="fr-FR"/>
              </w:rPr>
              <w:t> :</w:t>
            </w:r>
          </w:p>
          <w:p w:rsidR="00A609EB" w:rsidRDefault="002C69A3" w:rsidP="007A2CD6">
            <w:pPr>
              <w:snapToGrid w:val="0"/>
              <w:rPr>
                <w:rFonts w:ascii="Arial" w:hAnsi="Arial"/>
                <w:bCs/>
                <w:sz w:val="20"/>
                <w:szCs w:val="20"/>
                <w:lang w:val="fr-FR"/>
              </w:rPr>
            </w:pPr>
            <w:r w:rsidRPr="002C69A3">
              <w:rPr>
                <w:rFonts w:ascii="Arial" w:hAnsi="Arial"/>
                <w:bCs/>
                <w:noProof/>
                <w:sz w:val="20"/>
                <w:szCs w:val="20"/>
                <w:lang w:val="fr-FR"/>
              </w:rPr>
              <w:drawing>
                <wp:inline distT="0" distB="0" distL="0" distR="0" wp14:anchorId="788B9C32" wp14:editId="31D13A8D">
                  <wp:extent cx="6116320" cy="281495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2814955"/>
                          </a:xfrm>
                          <a:prstGeom prst="rect">
                            <a:avLst/>
                          </a:prstGeom>
                        </pic:spPr>
                      </pic:pic>
                    </a:graphicData>
                  </a:graphic>
                </wp:inline>
              </w:drawing>
            </w:r>
          </w:p>
          <w:p w:rsidR="00A609EB" w:rsidRPr="00156251" w:rsidRDefault="002C69A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t>Ajout d’un matériel</w:t>
            </w:r>
            <w:r w:rsidR="00A609EB" w:rsidRPr="00156251">
              <w:rPr>
                <w:rFonts w:ascii="Arial" w:hAnsi="Arial"/>
                <w:b/>
                <w:bCs/>
                <w:sz w:val="20"/>
                <w:szCs w:val="20"/>
                <w:u w:val="single"/>
                <w:lang w:val="fr-FR"/>
              </w:rPr>
              <w:t> :</w:t>
            </w:r>
          </w:p>
          <w:p w:rsidR="00A609EB" w:rsidRDefault="002C69A3" w:rsidP="007A2CD6">
            <w:pPr>
              <w:snapToGrid w:val="0"/>
              <w:rPr>
                <w:rFonts w:ascii="Arial" w:hAnsi="Arial"/>
                <w:bCs/>
                <w:sz w:val="20"/>
                <w:szCs w:val="20"/>
                <w:lang w:val="fr-FR"/>
              </w:rPr>
            </w:pPr>
            <w:r w:rsidRPr="002C69A3">
              <w:rPr>
                <w:rFonts w:ascii="Arial" w:hAnsi="Arial"/>
                <w:bCs/>
                <w:noProof/>
                <w:sz w:val="20"/>
                <w:szCs w:val="20"/>
                <w:lang w:val="fr-FR"/>
              </w:rPr>
              <w:drawing>
                <wp:inline distT="0" distB="0" distL="0" distR="0" wp14:anchorId="4A08663D" wp14:editId="623BD5E9">
                  <wp:extent cx="6116320" cy="341693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3416935"/>
                          </a:xfrm>
                          <a:prstGeom prst="rect">
                            <a:avLst/>
                          </a:prstGeom>
                        </pic:spPr>
                      </pic:pic>
                    </a:graphicData>
                  </a:graphic>
                </wp:inline>
              </w:drawing>
            </w:r>
          </w:p>
          <w:p w:rsidR="00A609EB" w:rsidRDefault="00A609EB" w:rsidP="007A2CD6">
            <w:pPr>
              <w:snapToGrid w:val="0"/>
              <w:rPr>
                <w:rFonts w:ascii="Arial" w:hAnsi="Arial"/>
                <w:bCs/>
                <w:sz w:val="20"/>
                <w:szCs w:val="20"/>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2C69A3" w:rsidRPr="00156251" w:rsidRDefault="00A609EB"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lastRenderedPageBreak/>
              <w:t xml:space="preserve">Ajout </w:t>
            </w:r>
            <w:r w:rsidR="002C69A3" w:rsidRPr="00156251">
              <w:rPr>
                <w:rFonts w:ascii="Arial" w:hAnsi="Arial"/>
                <w:b/>
                <w:bCs/>
                <w:sz w:val="20"/>
                <w:szCs w:val="20"/>
                <w:u w:val="single"/>
                <w:lang w:val="fr-FR"/>
              </w:rPr>
              <w:t xml:space="preserve">d’un </w:t>
            </w:r>
            <w:r w:rsidR="00156251" w:rsidRPr="00156251">
              <w:rPr>
                <w:rFonts w:ascii="Arial" w:hAnsi="Arial"/>
                <w:b/>
                <w:bCs/>
                <w:sz w:val="20"/>
                <w:szCs w:val="20"/>
                <w:u w:val="single"/>
                <w:lang w:val="fr-FR"/>
              </w:rPr>
              <w:t>téléphone :</w:t>
            </w:r>
          </w:p>
          <w:p w:rsidR="00156251" w:rsidRPr="00156251" w:rsidRDefault="002C69A3" w:rsidP="00156251">
            <w:pPr>
              <w:snapToGrid w:val="0"/>
              <w:rPr>
                <w:rFonts w:ascii="Arial" w:hAnsi="Arial"/>
                <w:bCs/>
                <w:sz w:val="20"/>
                <w:szCs w:val="20"/>
                <w:lang w:val="fr-FR"/>
              </w:rPr>
            </w:pPr>
            <w:r w:rsidRPr="002C69A3">
              <w:rPr>
                <w:rFonts w:ascii="Arial" w:hAnsi="Arial"/>
                <w:bCs/>
                <w:noProof/>
                <w:sz w:val="20"/>
                <w:szCs w:val="20"/>
                <w:lang w:val="fr-FR"/>
              </w:rPr>
              <w:drawing>
                <wp:inline distT="0" distB="0" distL="0" distR="0" wp14:anchorId="4688D4AE" wp14:editId="313CEC83">
                  <wp:extent cx="6116320" cy="291592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2915920"/>
                          </a:xfrm>
                          <a:prstGeom prst="rect">
                            <a:avLst/>
                          </a:prstGeom>
                        </pic:spPr>
                      </pic:pic>
                    </a:graphicData>
                  </a:graphic>
                </wp:inline>
              </w:drawing>
            </w:r>
            <w:r w:rsidR="00A609EB">
              <w:rPr>
                <w:rFonts w:ascii="Arial" w:hAnsi="Arial"/>
                <w:bCs/>
                <w:sz w:val="20"/>
                <w:szCs w:val="20"/>
                <w:lang w:val="fr-FR"/>
              </w:rPr>
              <w:t xml:space="preserve"> </w:t>
            </w:r>
          </w:p>
          <w:p w:rsidR="00A609EB" w:rsidRPr="00156251" w:rsidRDefault="002C69A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t>Gestion des logiciels avec un import.bat pour reprendre tous les logiciels des utilisateurs automatiquement</w:t>
            </w:r>
            <w:r w:rsidR="00A609EB" w:rsidRPr="00156251">
              <w:rPr>
                <w:rFonts w:ascii="Arial" w:hAnsi="Arial"/>
                <w:b/>
                <w:bCs/>
                <w:sz w:val="20"/>
                <w:szCs w:val="20"/>
                <w:u w:val="single"/>
                <w:lang w:val="fr-FR"/>
              </w:rPr>
              <w:t> :</w:t>
            </w:r>
          </w:p>
          <w:p w:rsidR="00A609EB" w:rsidRPr="00512555" w:rsidRDefault="00A609EB" w:rsidP="007A2CD6">
            <w:pPr>
              <w:snapToGrid w:val="0"/>
              <w:rPr>
                <w:rFonts w:ascii="Arial" w:hAnsi="Arial"/>
                <w:bCs/>
                <w:sz w:val="20"/>
                <w:szCs w:val="20"/>
                <w:lang w:val="fr-FR"/>
              </w:rPr>
            </w:pPr>
            <w:r w:rsidRPr="00512555">
              <w:rPr>
                <w:rFonts w:ascii="Arial" w:hAnsi="Arial"/>
                <w:bCs/>
                <w:sz w:val="20"/>
                <w:szCs w:val="20"/>
                <w:lang w:val="fr-FR"/>
              </w:rPr>
              <w:t xml:space="preserve"> </w:t>
            </w:r>
            <w:r w:rsidR="002C69A3" w:rsidRPr="002C69A3">
              <w:rPr>
                <w:rFonts w:ascii="Arial" w:hAnsi="Arial"/>
                <w:bCs/>
                <w:noProof/>
                <w:sz w:val="20"/>
                <w:szCs w:val="20"/>
                <w:lang w:val="fr-FR"/>
              </w:rPr>
              <w:drawing>
                <wp:inline distT="0" distB="0" distL="0" distR="0" wp14:anchorId="4E53881F" wp14:editId="7143243B">
                  <wp:extent cx="6116320" cy="285559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2855595"/>
                          </a:xfrm>
                          <a:prstGeom prst="rect">
                            <a:avLst/>
                          </a:prstGeom>
                        </pic:spPr>
                      </pic:pic>
                    </a:graphicData>
                  </a:graphic>
                </wp:inline>
              </w:drawing>
            </w:r>
          </w:p>
          <w:p w:rsidR="00A609EB" w:rsidRDefault="00A609EB" w:rsidP="007A2CD6">
            <w:pPr>
              <w:snapToGrid w:val="0"/>
              <w:rPr>
                <w:rFonts w:ascii="Arial" w:hAnsi="Arial"/>
                <w:bCs/>
                <w:sz w:val="20"/>
                <w:szCs w:val="20"/>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A609EB" w:rsidRPr="00156251" w:rsidRDefault="002C69A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lastRenderedPageBreak/>
              <w:t>Ajout d’un logiciel</w:t>
            </w:r>
            <w:r w:rsidR="00A609EB" w:rsidRPr="00156251">
              <w:rPr>
                <w:rFonts w:ascii="Arial" w:hAnsi="Arial"/>
                <w:b/>
                <w:bCs/>
                <w:sz w:val="20"/>
                <w:szCs w:val="20"/>
                <w:u w:val="single"/>
                <w:lang w:val="fr-FR"/>
              </w:rPr>
              <w:t> :</w:t>
            </w:r>
          </w:p>
          <w:p w:rsidR="00A609EB" w:rsidRDefault="002C69A3" w:rsidP="007A2CD6">
            <w:pPr>
              <w:snapToGrid w:val="0"/>
              <w:rPr>
                <w:rFonts w:ascii="Arial" w:hAnsi="Arial"/>
                <w:bCs/>
                <w:sz w:val="20"/>
                <w:szCs w:val="20"/>
                <w:lang w:val="fr-FR"/>
              </w:rPr>
            </w:pPr>
            <w:r w:rsidRPr="002C69A3">
              <w:rPr>
                <w:rFonts w:ascii="Arial" w:hAnsi="Arial"/>
                <w:bCs/>
                <w:noProof/>
                <w:sz w:val="20"/>
                <w:szCs w:val="20"/>
                <w:lang w:val="fr-FR"/>
              </w:rPr>
              <w:drawing>
                <wp:inline distT="0" distB="0" distL="0" distR="0" wp14:anchorId="75328C48" wp14:editId="4FECBB7B">
                  <wp:extent cx="6116320" cy="3482340"/>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3482340"/>
                          </a:xfrm>
                          <a:prstGeom prst="rect">
                            <a:avLst/>
                          </a:prstGeom>
                        </pic:spPr>
                      </pic:pic>
                    </a:graphicData>
                  </a:graphic>
                </wp:inline>
              </w:drawing>
            </w:r>
          </w:p>
          <w:p w:rsidR="00A609EB" w:rsidRPr="00156251" w:rsidRDefault="002C69A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t>Gestion du stock</w:t>
            </w:r>
            <w:r w:rsidR="00A609EB" w:rsidRPr="00156251">
              <w:rPr>
                <w:rFonts w:ascii="Arial" w:hAnsi="Arial"/>
                <w:b/>
                <w:bCs/>
                <w:sz w:val="20"/>
                <w:szCs w:val="20"/>
                <w:u w:val="single"/>
                <w:lang w:val="fr-FR"/>
              </w:rPr>
              <w:t> :</w:t>
            </w:r>
          </w:p>
          <w:p w:rsidR="00A609EB" w:rsidRDefault="002C69A3" w:rsidP="007A2CD6">
            <w:pPr>
              <w:snapToGrid w:val="0"/>
              <w:rPr>
                <w:rFonts w:ascii="Arial" w:hAnsi="Arial"/>
                <w:bCs/>
                <w:sz w:val="20"/>
                <w:szCs w:val="20"/>
                <w:lang w:val="fr-FR"/>
              </w:rPr>
            </w:pPr>
            <w:r w:rsidRPr="002C69A3">
              <w:rPr>
                <w:rFonts w:ascii="Arial" w:hAnsi="Arial"/>
                <w:bCs/>
                <w:noProof/>
                <w:sz w:val="20"/>
                <w:szCs w:val="20"/>
                <w:lang w:val="fr-FR"/>
              </w:rPr>
              <w:drawing>
                <wp:inline distT="0" distB="0" distL="0" distR="0" wp14:anchorId="1C0B171A" wp14:editId="79558C09">
                  <wp:extent cx="6116320" cy="2990215"/>
                  <wp:effectExtent l="0" t="0" r="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2990215"/>
                          </a:xfrm>
                          <a:prstGeom prst="rect">
                            <a:avLst/>
                          </a:prstGeom>
                        </pic:spPr>
                      </pic:pic>
                    </a:graphicData>
                  </a:graphic>
                </wp:inline>
              </w:drawing>
            </w:r>
          </w:p>
          <w:p w:rsidR="00A609EB" w:rsidRDefault="00A609EB" w:rsidP="007A2CD6">
            <w:pPr>
              <w:snapToGrid w:val="0"/>
              <w:rPr>
                <w:rFonts w:ascii="Arial" w:hAnsi="Arial"/>
                <w:bCs/>
                <w:sz w:val="20"/>
                <w:szCs w:val="20"/>
                <w:lang w:val="fr-FR"/>
              </w:rPr>
            </w:pPr>
          </w:p>
          <w:p w:rsidR="00156251" w:rsidRDefault="00156251" w:rsidP="007A2CD6">
            <w:pPr>
              <w:snapToGrid w:val="0"/>
              <w:rPr>
                <w:rFonts w:ascii="Arial" w:hAnsi="Arial"/>
                <w:bCs/>
                <w:sz w:val="20"/>
                <w:szCs w:val="20"/>
                <w:lang w:val="fr-FR"/>
              </w:rPr>
            </w:pPr>
          </w:p>
          <w:p w:rsidR="00156251" w:rsidRDefault="00156251" w:rsidP="007A2CD6">
            <w:pPr>
              <w:snapToGrid w:val="0"/>
              <w:rPr>
                <w:rFonts w:ascii="Arial" w:hAnsi="Arial"/>
                <w:bCs/>
                <w:sz w:val="20"/>
                <w:szCs w:val="20"/>
                <w:lang w:val="fr-FR"/>
              </w:rPr>
            </w:pPr>
          </w:p>
          <w:p w:rsidR="00156251" w:rsidRDefault="00156251" w:rsidP="007A2CD6">
            <w:pPr>
              <w:snapToGrid w:val="0"/>
              <w:rPr>
                <w:rFonts w:ascii="Arial" w:hAnsi="Arial"/>
                <w:bCs/>
                <w:sz w:val="20"/>
                <w:szCs w:val="20"/>
                <w:lang w:val="fr-FR"/>
              </w:rPr>
            </w:pPr>
          </w:p>
          <w:p w:rsidR="00156251" w:rsidRDefault="00156251" w:rsidP="007A2CD6">
            <w:pPr>
              <w:snapToGrid w:val="0"/>
              <w:rPr>
                <w:rFonts w:ascii="Arial" w:hAnsi="Arial"/>
                <w:bCs/>
                <w:sz w:val="20"/>
                <w:szCs w:val="20"/>
                <w:lang w:val="fr-FR"/>
              </w:rPr>
            </w:pPr>
          </w:p>
          <w:p w:rsidR="00156251" w:rsidRDefault="00156251" w:rsidP="007A2CD6">
            <w:pPr>
              <w:snapToGrid w:val="0"/>
              <w:rPr>
                <w:rFonts w:ascii="Arial" w:hAnsi="Arial"/>
                <w:bCs/>
                <w:sz w:val="20"/>
                <w:szCs w:val="20"/>
                <w:lang w:val="fr-FR"/>
              </w:rPr>
            </w:pPr>
          </w:p>
          <w:p w:rsidR="00156251" w:rsidRDefault="00156251" w:rsidP="007A2CD6">
            <w:pPr>
              <w:snapToGrid w:val="0"/>
              <w:rPr>
                <w:rFonts w:ascii="Arial" w:hAnsi="Arial"/>
                <w:bCs/>
                <w:sz w:val="20"/>
                <w:szCs w:val="20"/>
                <w:lang w:val="fr-FR"/>
              </w:rPr>
            </w:pPr>
          </w:p>
          <w:p w:rsidR="00A609EB" w:rsidRPr="00156251" w:rsidRDefault="002C69A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lastRenderedPageBreak/>
              <w:t>Gestion des tickets</w:t>
            </w:r>
            <w:r w:rsidR="00A609EB" w:rsidRPr="00156251">
              <w:rPr>
                <w:rFonts w:ascii="Arial" w:hAnsi="Arial"/>
                <w:b/>
                <w:bCs/>
                <w:sz w:val="20"/>
                <w:szCs w:val="20"/>
                <w:u w:val="single"/>
                <w:lang w:val="fr-FR"/>
              </w:rPr>
              <w:t> :</w:t>
            </w:r>
          </w:p>
          <w:p w:rsidR="00A609EB" w:rsidRDefault="002C69A3" w:rsidP="007A2CD6">
            <w:pPr>
              <w:snapToGrid w:val="0"/>
              <w:rPr>
                <w:rFonts w:ascii="Arial" w:hAnsi="Arial"/>
                <w:bCs/>
                <w:sz w:val="20"/>
                <w:szCs w:val="20"/>
                <w:lang w:val="fr-FR"/>
              </w:rPr>
            </w:pPr>
            <w:r w:rsidRPr="002C69A3">
              <w:rPr>
                <w:rFonts w:ascii="Arial" w:hAnsi="Arial"/>
                <w:bCs/>
                <w:noProof/>
                <w:sz w:val="20"/>
                <w:szCs w:val="20"/>
                <w:lang w:val="fr-FR"/>
              </w:rPr>
              <w:drawing>
                <wp:inline distT="0" distB="0" distL="0" distR="0" wp14:anchorId="41A08EB7" wp14:editId="795A4C3E">
                  <wp:extent cx="6116320" cy="34099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3409950"/>
                          </a:xfrm>
                          <a:prstGeom prst="rect">
                            <a:avLst/>
                          </a:prstGeom>
                        </pic:spPr>
                      </pic:pic>
                    </a:graphicData>
                  </a:graphic>
                </wp:inline>
              </w:drawing>
            </w:r>
          </w:p>
          <w:p w:rsidR="00A609EB" w:rsidRDefault="00A609EB" w:rsidP="007A2CD6">
            <w:pPr>
              <w:snapToGrid w:val="0"/>
              <w:rPr>
                <w:rFonts w:ascii="Arial" w:hAnsi="Arial"/>
                <w:bCs/>
                <w:sz w:val="20"/>
                <w:szCs w:val="20"/>
                <w:lang w:val="fr-FR"/>
              </w:rPr>
            </w:pPr>
          </w:p>
          <w:p w:rsidR="00A609EB" w:rsidRPr="00156251" w:rsidRDefault="002C69A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t>Création d’un ticket</w:t>
            </w:r>
            <w:r w:rsidR="00A609EB" w:rsidRPr="00156251">
              <w:rPr>
                <w:rFonts w:ascii="Arial" w:hAnsi="Arial"/>
                <w:b/>
                <w:bCs/>
                <w:sz w:val="20"/>
                <w:szCs w:val="20"/>
                <w:u w:val="single"/>
                <w:lang w:val="fr-FR"/>
              </w:rPr>
              <w:t> :</w:t>
            </w:r>
          </w:p>
          <w:p w:rsidR="00A609EB" w:rsidRDefault="002C69A3" w:rsidP="007A2CD6">
            <w:pPr>
              <w:snapToGrid w:val="0"/>
              <w:rPr>
                <w:rFonts w:ascii="Arial" w:hAnsi="Arial"/>
                <w:bCs/>
                <w:sz w:val="20"/>
                <w:szCs w:val="20"/>
                <w:lang w:val="fr-FR"/>
              </w:rPr>
            </w:pPr>
            <w:r w:rsidRPr="002C69A3">
              <w:rPr>
                <w:rFonts w:ascii="Arial" w:hAnsi="Arial"/>
                <w:bCs/>
                <w:noProof/>
                <w:sz w:val="20"/>
                <w:szCs w:val="20"/>
                <w:lang w:val="fr-FR"/>
              </w:rPr>
              <w:drawing>
                <wp:inline distT="0" distB="0" distL="0" distR="0" wp14:anchorId="7F67E885" wp14:editId="58FC5872">
                  <wp:extent cx="6116320" cy="3218815"/>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3218815"/>
                          </a:xfrm>
                          <a:prstGeom prst="rect">
                            <a:avLst/>
                          </a:prstGeom>
                        </pic:spPr>
                      </pic:pic>
                    </a:graphicData>
                  </a:graphic>
                </wp:inline>
              </w:drawing>
            </w:r>
          </w:p>
          <w:p w:rsidR="00156251" w:rsidRDefault="00156251" w:rsidP="007A2CD6">
            <w:pPr>
              <w:snapToGrid w:val="0"/>
              <w:rPr>
                <w:rFonts w:ascii="Arial" w:hAnsi="Arial"/>
                <w:bCs/>
                <w:sz w:val="20"/>
                <w:szCs w:val="20"/>
                <w:lang w:val="fr-FR"/>
              </w:rPr>
            </w:pPr>
          </w:p>
          <w:p w:rsidR="00156251" w:rsidRDefault="00156251" w:rsidP="007A2CD6">
            <w:pPr>
              <w:snapToGrid w:val="0"/>
              <w:rPr>
                <w:rFonts w:ascii="Arial" w:hAnsi="Arial"/>
                <w:bCs/>
                <w:sz w:val="20"/>
                <w:szCs w:val="20"/>
                <w:lang w:val="fr-FR"/>
              </w:rPr>
            </w:pPr>
          </w:p>
          <w:p w:rsidR="00156251" w:rsidRDefault="00156251" w:rsidP="007A2CD6">
            <w:pPr>
              <w:snapToGrid w:val="0"/>
              <w:rPr>
                <w:rFonts w:ascii="Arial" w:hAnsi="Arial"/>
                <w:bCs/>
                <w:sz w:val="20"/>
                <w:szCs w:val="20"/>
                <w:lang w:val="fr-FR"/>
              </w:rPr>
            </w:pPr>
          </w:p>
          <w:p w:rsidR="00156251" w:rsidRDefault="00156251" w:rsidP="007A2CD6">
            <w:pPr>
              <w:snapToGrid w:val="0"/>
              <w:rPr>
                <w:rFonts w:ascii="Arial" w:hAnsi="Arial"/>
                <w:bCs/>
                <w:sz w:val="20"/>
                <w:szCs w:val="20"/>
                <w:lang w:val="fr-FR"/>
              </w:rPr>
            </w:pPr>
          </w:p>
          <w:p w:rsidR="00156251" w:rsidRDefault="00156251" w:rsidP="007A2CD6">
            <w:pPr>
              <w:snapToGrid w:val="0"/>
              <w:rPr>
                <w:rFonts w:ascii="Arial" w:hAnsi="Arial"/>
                <w:bCs/>
                <w:sz w:val="20"/>
                <w:szCs w:val="20"/>
                <w:lang w:val="fr-FR"/>
              </w:rPr>
            </w:pPr>
          </w:p>
          <w:p w:rsidR="00A609EB" w:rsidRPr="00156251" w:rsidRDefault="002C69A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lastRenderedPageBreak/>
              <w:t>Vue d’un ticket ouvert</w:t>
            </w:r>
            <w:r w:rsidR="00A609EB" w:rsidRPr="00156251">
              <w:rPr>
                <w:rFonts w:ascii="Arial" w:hAnsi="Arial"/>
                <w:b/>
                <w:bCs/>
                <w:sz w:val="20"/>
                <w:szCs w:val="20"/>
                <w:u w:val="single"/>
                <w:lang w:val="fr-FR"/>
              </w:rPr>
              <w:t> :</w:t>
            </w:r>
          </w:p>
          <w:p w:rsidR="002C69A3" w:rsidRDefault="002C69A3" w:rsidP="007A2CD6">
            <w:pPr>
              <w:snapToGrid w:val="0"/>
              <w:rPr>
                <w:rFonts w:ascii="Arial" w:hAnsi="Arial"/>
                <w:bCs/>
                <w:sz w:val="20"/>
                <w:szCs w:val="20"/>
                <w:lang w:val="fr-FR"/>
              </w:rPr>
            </w:pPr>
            <w:r w:rsidRPr="002C69A3">
              <w:rPr>
                <w:rFonts w:ascii="Arial" w:hAnsi="Arial"/>
                <w:bCs/>
                <w:noProof/>
                <w:sz w:val="20"/>
                <w:szCs w:val="20"/>
                <w:lang w:val="fr-FR"/>
              </w:rPr>
              <w:drawing>
                <wp:inline distT="0" distB="0" distL="0" distR="0" wp14:anchorId="59E24179" wp14:editId="41E767D3">
                  <wp:extent cx="6116320" cy="3230880"/>
                  <wp:effectExtent l="0" t="0" r="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3230880"/>
                          </a:xfrm>
                          <a:prstGeom prst="rect">
                            <a:avLst/>
                          </a:prstGeom>
                        </pic:spPr>
                      </pic:pic>
                    </a:graphicData>
                  </a:graphic>
                </wp:inline>
              </w:drawing>
            </w:r>
          </w:p>
          <w:p w:rsidR="00A609EB" w:rsidRDefault="00A609EB" w:rsidP="007A2CD6">
            <w:pPr>
              <w:snapToGrid w:val="0"/>
              <w:rPr>
                <w:rFonts w:ascii="Arial" w:hAnsi="Arial"/>
                <w:bCs/>
                <w:sz w:val="20"/>
                <w:szCs w:val="20"/>
                <w:lang w:val="fr-FR"/>
              </w:rPr>
            </w:pPr>
          </w:p>
          <w:p w:rsidR="002C69A3" w:rsidRPr="00156251" w:rsidRDefault="002C69A3" w:rsidP="00156251">
            <w:pPr>
              <w:snapToGrid w:val="0"/>
              <w:jc w:val="center"/>
              <w:rPr>
                <w:rFonts w:ascii="Arial" w:hAnsi="Arial"/>
                <w:b/>
                <w:bCs/>
                <w:sz w:val="20"/>
                <w:szCs w:val="20"/>
                <w:u w:val="single"/>
                <w:lang w:val="fr-FR"/>
              </w:rPr>
            </w:pPr>
            <w:r w:rsidRPr="00156251">
              <w:rPr>
                <w:rFonts w:ascii="Arial" w:hAnsi="Arial"/>
                <w:b/>
                <w:bCs/>
                <w:sz w:val="20"/>
                <w:szCs w:val="20"/>
                <w:u w:val="single"/>
                <w:lang w:val="fr-FR"/>
              </w:rPr>
              <w:t>Vue d’un ticket en cours :</w:t>
            </w:r>
          </w:p>
          <w:p w:rsidR="002C69A3" w:rsidRDefault="002C69A3" w:rsidP="007A2CD6">
            <w:pPr>
              <w:snapToGrid w:val="0"/>
              <w:rPr>
                <w:rFonts w:ascii="Arial" w:hAnsi="Arial"/>
                <w:bCs/>
                <w:sz w:val="20"/>
                <w:szCs w:val="20"/>
                <w:lang w:val="fr-FR"/>
              </w:rPr>
            </w:pPr>
            <w:r w:rsidRPr="002C69A3">
              <w:rPr>
                <w:rFonts w:ascii="Arial" w:hAnsi="Arial"/>
                <w:bCs/>
                <w:noProof/>
                <w:sz w:val="20"/>
                <w:szCs w:val="20"/>
                <w:lang w:val="fr-FR"/>
              </w:rPr>
              <w:drawing>
                <wp:inline distT="0" distB="0" distL="0" distR="0" wp14:anchorId="5E5A611E" wp14:editId="103EB9A9">
                  <wp:extent cx="6116320" cy="3274060"/>
                  <wp:effectExtent l="0" t="0" r="0"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320" cy="3274060"/>
                          </a:xfrm>
                          <a:prstGeom prst="rect">
                            <a:avLst/>
                          </a:prstGeom>
                        </pic:spPr>
                      </pic:pic>
                    </a:graphicData>
                  </a:graphic>
                </wp:inline>
              </w:drawing>
            </w:r>
          </w:p>
          <w:p w:rsidR="002C69A3" w:rsidRDefault="002C69A3" w:rsidP="007A2CD6">
            <w:pPr>
              <w:snapToGrid w:val="0"/>
              <w:rPr>
                <w:rFonts w:ascii="Arial" w:hAnsi="Arial"/>
                <w:bCs/>
                <w:sz w:val="20"/>
                <w:szCs w:val="20"/>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156251" w:rsidRDefault="00156251" w:rsidP="00156251">
            <w:pPr>
              <w:snapToGrid w:val="0"/>
              <w:jc w:val="center"/>
              <w:rPr>
                <w:rFonts w:ascii="Arial" w:hAnsi="Arial"/>
                <w:b/>
                <w:bCs/>
                <w:sz w:val="20"/>
                <w:szCs w:val="20"/>
                <w:u w:val="single"/>
                <w:lang w:val="fr-FR"/>
              </w:rPr>
            </w:pPr>
          </w:p>
          <w:p w:rsidR="002C69A3" w:rsidRPr="00156251" w:rsidRDefault="002C69A3" w:rsidP="00156251">
            <w:pPr>
              <w:snapToGrid w:val="0"/>
              <w:jc w:val="center"/>
              <w:rPr>
                <w:rFonts w:ascii="Arial" w:hAnsi="Arial"/>
                <w:b/>
                <w:bCs/>
                <w:sz w:val="20"/>
                <w:szCs w:val="20"/>
                <w:u w:val="single"/>
                <w:lang w:val="fr-FR"/>
              </w:rPr>
            </w:pPr>
            <w:bookmarkStart w:id="1" w:name="_GoBack"/>
            <w:bookmarkEnd w:id="1"/>
            <w:r w:rsidRPr="00156251">
              <w:rPr>
                <w:rFonts w:ascii="Arial" w:hAnsi="Arial"/>
                <w:b/>
                <w:bCs/>
                <w:sz w:val="20"/>
                <w:szCs w:val="20"/>
                <w:u w:val="single"/>
                <w:lang w:val="fr-FR"/>
              </w:rPr>
              <w:lastRenderedPageBreak/>
              <w:t>Vue d’un ticket fermé :</w:t>
            </w:r>
          </w:p>
          <w:p w:rsidR="002C69A3" w:rsidRPr="00512555" w:rsidRDefault="002C69A3" w:rsidP="007A2CD6">
            <w:pPr>
              <w:snapToGrid w:val="0"/>
              <w:rPr>
                <w:rFonts w:ascii="Arial" w:hAnsi="Arial"/>
                <w:bCs/>
                <w:sz w:val="20"/>
                <w:szCs w:val="20"/>
                <w:lang w:val="fr-FR"/>
              </w:rPr>
            </w:pPr>
            <w:r w:rsidRPr="002C69A3">
              <w:rPr>
                <w:rFonts w:ascii="Arial" w:hAnsi="Arial"/>
                <w:bCs/>
                <w:noProof/>
                <w:sz w:val="20"/>
                <w:szCs w:val="20"/>
                <w:lang w:val="fr-FR"/>
              </w:rPr>
              <w:drawing>
                <wp:inline distT="0" distB="0" distL="0" distR="0" wp14:anchorId="326B9539" wp14:editId="58477B64">
                  <wp:extent cx="6116320" cy="3288030"/>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6320" cy="3288030"/>
                          </a:xfrm>
                          <a:prstGeom prst="rect">
                            <a:avLst/>
                          </a:prstGeom>
                        </pic:spPr>
                      </pic:pic>
                    </a:graphicData>
                  </a:graphic>
                </wp:inline>
              </w:drawing>
            </w:r>
          </w:p>
        </w:tc>
      </w:tr>
    </w:tbl>
    <w:p w:rsidR="00A609EB" w:rsidRPr="00512555" w:rsidRDefault="00A609EB" w:rsidP="00A609EB">
      <w:pPr>
        <w:rPr>
          <w:rFonts w:ascii="Arial" w:hAnsi="Arial" w:cs="Arial"/>
          <w:b/>
          <w:bCs/>
          <w:lang w:val="fr-FR"/>
        </w:rPr>
        <w:sectPr w:rsidR="00A609EB" w:rsidRPr="00512555" w:rsidSect="0025108C">
          <w:footerReference w:type="default" r:id="rId28"/>
          <w:pgSz w:w="11900" w:h="16840"/>
          <w:pgMar w:top="851" w:right="1134" w:bottom="851" w:left="1134" w:header="709" w:footer="709" w:gutter="0"/>
          <w:cols w:space="708"/>
          <w:docGrid w:linePitch="360"/>
        </w:sectPr>
      </w:pPr>
    </w:p>
    <w:p w:rsidR="00A609EB" w:rsidRPr="00C77B3D" w:rsidRDefault="00A609EB" w:rsidP="00A609EB">
      <w:pPr>
        <w:rPr>
          <w:b/>
          <w:lang w:val="fr-FR"/>
        </w:rPr>
      </w:pPr>
    </w:p>
    <w:p w:rsidR="00880D7C" w:rsidRPr="00A609EB" w:rsidRDefault="00880D7C" w:rsidP="00A609EB">
      <w:pPr>
        <w:rPr>
          <w:lang w:val="fr-FR"/>
        </w:rPr>
      </w:pPr>
    </w:p>
    <w:sectPr w:rsidR="00880D7C" w:rsidRPr="00A609EB" w:rsidSect="00D87FDB">
      <w:pgSz w:w="16840" w:h="11900" w:orient="landscape"/>
      <w:pgMar w:top="1134" w:right="851" w:bottom="1134" w:left="56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28BD" w:rsidRDefault="00E528BD" w:rsidP="00A609EB">
      <w:pPr>
        <w:spacing w:after="0" w:line="240" w:lineRule="auto"/>
      </w:pPr>
      <w:r>
        <w:separator/>
      </w:r>
    </w:p>
  </w:endnote>
  <w:endnote w:type="continuationSeparator" w:id="0">
    <w:p w:rsidR="00E528BD" w:rsidRDefault="00E528BD" w:rsidP="00A60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004184"/>
      <w:docPartObj>
        <w:docPartGallery w:val="Page Numbers (Bottom of Page)"/>
        <w:docPartUnique/>
      </w:docPartObj>
    </w:sdtPr>
    <w:sdtEndPr>
      <w:rPr>
        <w:rFonts w:ascii="Arial" w:hAnsi="Arial" w:cs="Arial"/>
      </w:rPr>
    </w:sdtEndPr>
    <w:sdtContent>
      <w:p w:rsidR="00A609EB" w:rsidRPr="0098140B" w:rsidRDefault="00A609EB" w:rsidP="001B7BA8">
        <w:pPr>
          <w:pStyle w:val="Pieddepage"/>
          <w:ind w:right="240"/>
          <w:jc w:val="right"/>
          <w:rPr>
            <w:rFonts w:ascii="Arial" w:hAnsi="Arial" w:cs="Arial"/>
          </w:rPr>
        </w:pPr>
        <w:r w:rsidRPr="0098140B">
          <w:rPr>
            <w:rFonts w:ascii="Arial" w:hAnsi="Arial" w:cs="Arial"/>
            <w:sz w:val="20"/>
            <w:szCs w:val="20"/>
          </w:rPr>
          <w:fldChar w:fldCharType="begin"/>
        </w:r>
        <w:r w:rsidRPr="0098140B">
          <w:rPr>
            <w:rFonts w:ascii="Arial" w:hAnsi="Arial" w:cs="Arial"/>
            <w:sz w:val="20"/>
            <w:szCs w:val="20"/>
          </w:rPr>
          <w:instrText>PAGE   \* MERGEFORMAT</w:instrText>
        </w:r>
        <w:r w:rsidRPr="0098140B">
          <w:rPr>
            <w:rFonts w:ascii="Arial" w:hAnsi="Arial" w:cs="Arial"/>
            <w:sz w:val="20"/>
            <w:szCs w:val="20"/>
          </w:rPr>
          <w:fldChar w:fldCharType="separate"/>
        </w:r>
        <w:r>
          <w:rPr>
            <w:rFonts w:ascii="Arial" w:hAnsi="Arial" w:cs="Arial"/>
            <w:noProof/>
            <w:sz w:val="20"/>
            <w:szCs w:val="20"/>
          </w:rPr>
          <w:t>16</w:t>
        </w:r>
        <w:r w:rsidRPr="0098140B">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28BD" w:rsidRDefault="00E528BD" w:rsidP="00A609EB">
      <w:pPr>
        <w:spacing w:after="0" w:line="240" w:lineRule="auto"/>
      </w:pPr>
      <w:r>
        <w:separator/>
      </w:r>
    </w:p>
  </w:footnote>
  <w:footnote w:type="continuationSeparator" w:id="0">
    <w:p w:rsidR="00E528BD" w:rsidRDefault="00E528BD" w:rsidP="00A609EB">
      <w:pPr>
        <w:spacing w:after="0" w:line="240" w:lineRule="auto"/>
      </w:pPr>
      <w:r>
        <w:continuationSeparator/>
      </w:r>
    </w:p>
  </w:footnote>
  <w:footnote w:id="1">
    <w:p w:rsidR="00A609EB" w:rsidRPr="00F24F76" w:rsidRDefault="00A609EB" w:rsidP="00A609EB">
      <w:pPr>
        <w:pStyle w:val="Notedebasdepage"/>
        <w:jc w:val="both"/>
        <w:rPr>
          <w:rFonts w:ascii="Arial" w:hAnsi="Arial"/>
          <w:sz w:val="16"/>
          <w:szCs w:val="18"/>
        </w:rPr>
      </w:pPr>
      <w:r>
        <w:rPr>
          <w:rStyle w:val="Appelnotedebasdep"/>
        </w:rPr>
        <w:footnoteRef/>
      </w:r>
      <w:r>
        <w:rPr>
          <w:rStyle w:val="Appelnotedebasdep"/>
        </w:rPr>
        <w:t xml:space="preserve"> </w:t>
      </w:r>
      <w:r w:rsidRPr="00F24F76">
        <w:rPr>
          <w:rFonts w:ascii="Arial" w:hAnsi="Arial"/>
          <w:sz w:val="16"/>
          <w:szCs w:val="18"/>
        </w:rPr>
        <w:t xml:space="preserve">En référence aux </w:t>
      </w:r>
      <w:r w:rsidRPr="00F24F76">
        <w:rPr>
          <w:rFonts w:ascii="Arial" w:hAnsi="Arial"/>
          <w:i/>
          <w:iCs/>
          <w:sz w:val="16"/>
          <w:szCs w:val="18"/>
        </w:rPr>
        <w:t>conditions de réalisation et ressources nécessaires</w:t>
      </w:r>
      <w:r w:rsidRPr="00F24F76">
        <w:rPr>
          <w:rFonts w:ascii="Arial" w:hAnsi="Arial"/>
          <w:sz w:val="16"/>
          <w:szCs w:val="18"/>
        </w:rPr>
        <w:t xml:space="preserve"> du bloc « </w:t>
      </w:r>
      <w:r w:rsidRPr="00961805">
        <w:rPr>
          <w:rFonts w:ascii="Arial" w:hAnsi="Arial"/>
          <w:sz w:val="16"/>
          <w:szCs w:val="18"/>
        </w:rPr>
        <w:t>Conception et développement d'application</w:t>
      </w:r>
      <w:r>
        <w:rPr>
          <w:rFonts w:ascii="Arial" w:hAnsi="Arial"/>
          <w:sz w:val="16"/>
          <w:szCs w:val="18"/>
        </w:rPr>
        <w:t>s</w:t>
      </w:r>
      <w:r w:rsidRPr="00F24F76">
        <w:rPr>
          <w:rFonts w:ascii="Arial" w:hAnsi="Arial"/>
          <w:sz w:val="16"/>
          <w:szCs w:val="18"/>
        </w:rPr>
        <w:t> » prévues dans le référentiel de certification du BTS SIO.</w:t>
      </w:r>
    </w:p>
  </w:footnote>
  <w:footnote w:id="2">
    <w:p w:rsidR="00A609EB" w:rsidRPr="00F24F76" w:rsidRDefault="00A609EB" w:rsidP="00A609EB">
      <w:pPr>
        <w:pStyle w:val="Notedebasdepage"/>
        <w:rPr>
          <w:rFonts w:ascii="Arial" w:hAnsi="Arial" w:cs="Arial"/>
          <w:sz w:val="16"/>
          <w:szCs w:val="16"/>
        </w:rPr>
      </w:pPr>
      <w:r>
        <w:rPr>
          <w:rStyle w:val="Appelnotedebasdep"/>
        </w:rPr>
        <w:footnoteRef/>
      </w:r>
      <w:r w:rsidRPr="00F24F76">
        <w:rPr>
          <w:rFonts w:ascii="Arial" w:hAnsi="Arial" w:cs="Arial"/>
          <w:sz w:val="16"/>
          <w:szCs w:val="16"/>
        </w:rPr>
        <w:t xml:space="preserve"> </w:t>
      </w:r>
      <w:r>
        <w:rPr>
          <w:rFonts w:ascii="Arial" w:hAnsi="Arial" w:cs="Arial"/>
          <w:sz w:val="16"/>
          <w:szCs w:val="16"/>
        </w:rPr>
        <w:t>Les réalisations professionnelles sont</w:t>
      </w:r>
      <w:r w:rsidRPr="00F24F76">
        <w:rPr>
          <w:rFonts w:ascii="Arial" w:hAnsi="Arial" w:cs="Arial"/>
          <w:sz w:val="16"/>
          <w:szCs w:val="16"/>
        </w:rPr>
        <w:t xml:space="preserve"> élaborées dans un environnement technologique conforme à l’annexe II.E</w:t>
      </w:r>
      <w:r>
        <w:rPr>
          <w:rFonts w:ascii="Arial" w:hAnsi="Arial" w:cs="Arial"/>
          <w:sz w:val="16"/>
          <w:szCs w:val="16"/>
        </w:rPr>
        <w:t xml:space="preserve"> du </w:t>
      </w:r>
      <w:r w:rsidRPr="00F24F76">
        <w:rPr>
          <w:rFonts w:ascii="Arial" w:hAnsi="Arial"/>
          <w:sz w:val="16"/>
          <w:szCs w:val="22"/>
        </w:rPr>
        <w:t>référentiel du BTS SIO</w:t>
      </w:r>
      <w:r>
        <w:rPr>
          <w:rFonts w:ascii="Arial" w:hAnsi="Arial"/>
          <w:sz w:val="16"/>
          <w:szCs w:val="22"/>
        </w:rPr>
        <w:t>.</w:t>
      </w:r>
    </w:p>
  </w:footnote>
  <w:footnote w:id="3">
    <w:p w:rsidR="00A609EB" w:rsidRPr="00876315" w:rsidRDefault="00A609EB" w:rsidP="00A609EB">
      <w:pPr>
        <w:autoSpaceDE w:val="0"/>
        <w:autoSpaceDN w:val="0"/>
        <w:adjustRightInd w:val="0"/>
        <w:jc w:val="both"/>
        <w:rPr>
          <w:rFonts w:ascii="Arial" w:hAnsi="Arial"/>
          <w:sz w:val="18"/>
          <w:lang w:val="fr-FR"/>
        </w:rPr>
      </w:pPr>
      <w:r>
        <w:rPr>
          <w:rStyle w:val="Appelnotedebasdep"/>
          <w:rFonts w:ascii="Arial" w:hAnsi="Arial"/>
          <w:sz w:val="18"/>
        </w:rPr>
        <w:footnoteRef/>
      </w:r>
      <w:r w:rsidRPr="00876315">
        <w:rPr>
          <w:rFonts w:ascii="Arial" w:hAnsi="Arial"/>
          <w:sz w:val="18"/>
          <w:lang w:val="fr-FR"/>
        </w:rPr>
        <w:t xml:space="preserve"> </w:t>
      </w:r>
      <w:r w:rsidRPr="00876315">
        <w:rPr>
          <w:rFonts w:ascii="Arial" w:hAnsi="Arial"/>
          <w:sz w:val="16"/>
          <w:lang w:val="fr-FR"/>
        </w:rPr>
        <w:t>Conformément au référentiel du BTS SIO « </w:t>
      </w:r>
      <w:r w:rsidRPr="00876315">
        <w:rPr>
          <w:rFonts w:ascii="Arial" w:hAnsi="Arial"/>
          <w:i/>
          <w:iCs/>
          <w:sz w:val="16"/>
          <w:lang w:val="fr-FR"/>
        </w:rPr>
        <w:t>Dans tous les cas, les candidats doivent se munir des outils et ressources techniques nécessaires au déroulement de l’épreuve. Ils sont seuls responsables de la disponibilité et de la mise en œuvre de ces outils et ressources. La circulaire nationale d’organisation précise les conditions matérielles de déroulement des interrogations et les pénalités à appliquer aux candidats qui ne se seraient pas munis des éléments nécessaires au déroulement de l’épreuve.</w:t>
      </w:r>
      <w:r w:rsidRPr="00876315">
        <w:rPr>
          <w:rFonts w:ascii="Arial" w:hAnsi="Arial"/>
          <w:sz w:val="16"/>
          <w:lang w:val="fr-FR"/>
        </w:rPr>
        <w:t> ». Les éléments peuvent être un identifiant, un mot de passe, une adresse réticulaire (URL) d’un espace de stockage et de la présentation de l’organisation du stockage.</w:t>
      </w:r>
    </w:p>
  </w:footnote>
  <w:footnote w:id="4">
    <w:p w:rsidR="00A609EB" w:rsidRPr="00876315" w:rsidRDefault="00A609EB" w:rsidP="00A609EB">
      <w:pPr>
        <w:autoSpaceDE w:val="0"/>
        <w:autoSpaceDN w:val="0"/>
        <w:adjustRightInd w:val="0"/>
        <w:jc w:val="both"/>
        <w:rPr>
          <w:rFonts w:ascii="Arial" w:hAnsi="Arial"/>
          <w:sz w:val="18"/>
          <w:lang w:val="fr-FR"/>
        </w:rPr>
      </w:pPr>
      <w:r>
        <w:rPr>
          <w:rStyle w:val="Appelnotedebasdep"/>
          <w:rFonts w:ascii="Arial" w:hAnsi="Arial"/>
          <w:sz w:val="18"/>
        </w:rPr>
        <w:footnoteRef/>
      </w:r>
      <w:r w:rsidRPr="00876315">
        <w:rPr>
          <w:rFonts w:ascii="Arial" w:hAnsi="Arial"/>
          <w:sz w:val="18"/>
          <w:lang w:val="fr-FR"/>
        </w:rPr>
        <w:t xml:space="preserve"> </w:t>
      </w:r>
      <w:r w:rsidRPr="00876315">
        <w:rPr>
          <w:rFonts w:ascii="Arial" w:hAnsi="Arial"/>
          <w:sz w:val="16"/>
          <w:lang w:val="fr-FR"/>
        </w:rPr>
        <w:t>Lien vers la documentation complète, précisant et décrivant, si cela n’a été fait au verso de la fiche, la réalisation professionnelle, par exemples service fourni par la réalisation, interfaces utilisateurs, description des classes ou de la base de données.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174610C9"/>
    <w:multiLevelType w:val="multilevel"/>
    <w:tmpl w:val="6236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EC7D49"/>
    <w:multiLevelType w:val="multilevel"/>
    <w:tmpl w:val="5C44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31DC"/>
    <w:rsid w:val="0006063C"/>
    <w:rsid w:val="0013310D"/>
    <w:rsid w:val="0015074B"/>
    <w:rsid w:val="00156251"/>
    <w:rsid w:val="00264160"/>
    <w:rsid w:val="0029639D"/>
    <w:rsid w:val="002C69A3"/>
    <w:rsid w:val="00326F90"/>
    <w:rsid w:val="003A3018"/>
    <w:rsid w:val="00546FB6"/>
    <w:rsid w:val="0058186F"/>
    <w:rsid w:val="00670593"/>
    <w:rsid w:val="007D597D"/>
    <w:rsid w:val="00880D7C"/>
    <w:rsid w:val="008C6601"/>
    <w:rsid w:val="009B3DBF"/>
    <w:rsid w:val="00A609EB"/>
    <w:rsid w:val="00AA1D8D"/>
    <w:rsid w:val="00B47730"/>
    <w:rsid w:val="00BB04F5"/>
    <w:rsid w:val="00BE6ACD"/>
    <w:rsid w:val="00BF56A6"/>
    <w:rsid w:val="00CB0664"/>
    <w:rsid w:val="00E13193"/>
    <w:rsid w:val="00E528BD"/>
    <w:rsid w:val="00E709DF"/>
    <w:rsid w:val="00F82FD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A018DA"/>
  <w14:defaultImageDpi w14:val="300"/>
  <w15:docId w15:val="{09B817BC-239E-4733-8BF0-96945E703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tedebasdepage">
    <w:name w:val="footnote text"/>
    <w:basedOn w:val="Normal"/>
    <w:link w:val="NotedebasdepageCar"/>
    <w:semiHidden/>
    <w:rsid w:val="00A609EB"/>
    <w:pPr>
      <w:suppressAutoHyphens/>
      <w:spacing w:after="0" w:line="240" w:lineRule="auto"/>
    </w:pPr>
    <w:rPr>
      <w:rFonts w:ascii="Times" w:eastAsia="Times" w:hAnsi="Times" w:cs="Times"/>
      <w:sz w:val="20"/>
      <w:szCs w:val="20"/>
      <w:lang w:val="fr-FR" w:eastAsia="ar-SA"/>
    </w:rPr>
  </w:style>
  <w:style w:type="character" w:customStyle="1" w:styleId="NotedebasdepageCar">
    <w:name w:val="Note de bas de page Car"/>
    <w:basedOn w:val="Policepardfaut"/>
    <w:link w:val="Notedebasdepage"/>
    <w:semiHidden/>
    <w:rsid w:val="00A609EB"/>
    <w:rPr>
      <w:rFonts w:ascii="Times" w:eastAsia="Times" w:hAnsi="Times" w:cs="Times"/>
      <w:sz w:val="20"/>
      <w:szCs w:val="20"/>
      <w:lang w:val="fr-FR" w:eastAsia="ar-SA"/>
    </w:rPr>
  </w:style>
  <w:style w:type="character" w:styleId="Appelnotedebasdep">
    <w:name w:val="footnote reference"/>
    <w:semiHidden/>
    <w:rsid w:val="00A609EB"/>
    <w:rPr>
      <w:vertAlign w:val="superscript"/>
    </w:rPr>
  </w:style>
  <w:style w:type="character" w:styleId="Lienhypertexte">
    <w:name w:val="Hyperlink"/>
    <w:basedOn w:val="Policepardfaut"/>
    <w:uiPriority w:val="99"/>
    <w:unhideWhenUsed/>
    <w:rsid w:val="00A609EB"/>
    <w:rPr>
      <w:color w:val="0000FF" w:themeColor="hyperlink"/>
      <w:u w:val="single"/>
    </w:rPr>
  </w:style>
  <w:style w:type="paragraph" w:styleId="NormalWeb">
    <w:name w:val="Normal (Web)"/>
    <w:basedOn w:val="Normal"/>
    <w:uiPriority w:val="99"/>
    <w:semiHidden/>
    <w:unhideWhenUsed/>
    <w:rsid w:val="008C6601"/>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800637">
      <w:bodyDiv w:val="1"/>
      <w:marLeft w:val="0"/>
      <w:marRight w:val="0"/>
      <w:marTop w:val="0"/>
      <w:marBottom w:val="0"/>
      <w:divBdr>
        <w:top w:val="none" w:sz="0" w:space="0" w:color="auto"/>
        <w:left w:val="none" w:sz="0" w:space="0" w:color="auto"/>
        <w:bottom w:val="none" w:sz="0" w:space="0" w:color="auto"/>
        <w:right w:val="none" w:sz="0" w:space="0" w:color="auto"/>
      </w:divBdr>
    </w:div>
    <w:div w:id="744184230">
      <w:bodyDiv w:val="1"/>
      <w:marLeft w:val="0"/>
      <w:marRight w:val="0"/>
      <w:marTop w:val="0"/>
      <w:marBottom w:val="0"/>
      <w:divBdr>
        <w:top w:val="none" w:sz="0" w:space="0" w:color="auto"/>
        <w:left w:val="none" w:sz="0" w:space="0" w:color="auto"/>
        <w:bottom w:val="none" w:sz="0" w:space="0" w:color="auto"/>
        <w:right w:val="none" w:sz="0" w:space="0" w:color="auto"/>
      </w:divBdr>
    </w:div>
    <w:div w:id="2045596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phpmyadmin.net/en/lates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dev.mysql.com/doc/relnotes/mysql/8.0/e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B1EAF-EB8F-41FD-B25B-313EFF4D7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16</Pages>
  <Words>728</Words>
  <Characters>4009</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4728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Sacha POUSSY</cp:lastModifiedBy>
  <cp:revision>8</cp:revision>
  <cp:lastPrinted>2026-05-06T08:00:00Z</cp:lastPrinted>
  <dcterms:created xsi:type="dcterms:W3CDTF">2026-05-04T08:33:00Z</dcterms:created>
  <dcterms:modified xsi:type="dcterms:W3CDTF">2026-05-06T18:46:00Z</dcterms:modified>
  <cp:category/>
</cp:coreProperties>
</file>