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76315" w:rsidRPr="00C1556A" w:rsidTr="0065453A">
        <w:tc>
          <w:tcPr>
            <w:tcW w:w="9923" w:type="dxa"/>
            <w:vAlign w:val="center"/>
          </w:tcPr>
          <w:p w:rsidR="00876315" w:rsidRPr="00876315" w:rsidRDefault="00876315" w:rsidP="0065453A">
            <w:pPr>
              <w:widowControl w:val="0"/>
              <w:tabs>
                <w:tab w:val="left" w:pos="7822"/>
              </w:tabs>
              <w:spacing w:before="120" w:after="120"/>
              <w:jc w:val="center"/>
              <w:rPr>
                <w:rFonts w:ascii="Arial" w:hAnsi="Arial" w:cs="Arial"/>
                <w:b/>
                <w:bCs/>
                <w:lang w:val="fr-FR"/>
              </w:rPr>
            </w:pPr>
            <w:r w:rsidRPr="00876315">
              <w:rPr>
                <w:rFonts w:ascii="Arial" w:hAnsi="Arial" w:cs="Arial"/>
                <w:b/>
                <w:bCs/>
                <w:lang w:val="fr-FR"/>
              </w:rPr>
              <w:t xml:space="preserve">BTS </w:t>
            </w:r>
            <w:r w:rsidRPr="00876315">
              <w:rPr>
                <w:rFonts w:ascii="Arial" w:hAnsi="Arial" w:cs="Arial"/>
                <w:b/>
                <w:caps/>
                <w:lang w:val="fr-FR"/>
              </w:rPr>
              <w:t>Services informatiques aux organisations</w:t>
            </w:r>
            <w:r w:rsidRPr="00876315">
              <w:rPr>
                <w:rFonts w:ascii="Arial" w:hAnsi="Arial" w:cs="Arial"/>
                <w:b/>
                <w:bCs/>
                <w:lang w:val="fr-FR"/>
              </w:rPr>
              <w:tab/>
              <w:t>SESSION 2026</w:t>
            </w:r>
          </w:p>
          <w:p w:rsidR="00876315" w:rsidRPr="00876315" w:rsidRDefault="00876315" w:rsidP="0065453A">
            <w:pPr>
              <w:spacing w:before="120" w:after="120"/>
              <w:jc w:val="center"/>
              <w:outlineLvl w:val="0"/>
              <w:rPr>
                <w:rFonts w:ascii="Arial" w:hAnsi="Arial" w:cs="Arial"/>
                <w:b/>
                <w:lang w:val="fr-FR"/>
              </w:rPr>
            </w:pPr>
            <w:r w:rsidRPr="00876315">
              <w:rPr>
                <w:rFonts w:ascii="Arial" w:hAnsi="Arial" w:cs="Arial"/>
                <w:b/>
                <w:lang w:val="fr-FR"/>
              </w:rPr>
              <w:t xml:space="preserve">ANNEXE VII : </w:t>
            </w:r>
            <w:r w:rsidRPr="00876315">
              <w:rPr>
                <w:rFonts w:ascii="Arial" w:hAnsi="Arial"/>
                <w:b/>
                <w:lang w:val="fr-FR"/>
              </w:rPr>
              <w:t>Déroulement et évaluation de l'épreuve E6</w:t>
            </w:r>
          </w:p>
          <w:p w:rsidR="00876315" w:rsidRPr="00876315" w:rsidRDefault="00876315" w:rsidP="0065453A">
            <w:pPr>
              <w:spacing w:before="120" w:after="120"/>
              <w:jc w:val="center"/>
              <w:rPr>
                <w:rFonts w:ascii="Arial" w:hAnsi="Arial"/>
                <w:lang w:val="fr-FR"/>
              </w:rPr>
            </w:pPr>
            <w:r w:rsidRPr="00876315">
              <w:rPr>
                <w:rFonts w:ascii="Arial" w:hAnsi="Arial"/>
                <w:b/>
                <w:lang w:val="fr-FR" w:eastAsia="fr-FR"/>
              </w:rPr>
              <w:t>Administration des systèmes et des réseaux (option SISR)</w:t>
            </w:r>
            <w:r w:rsidRPr="00876315">
              <w:rPr>
                <w:rFonts w:ascii="Arial" w:hAnsi="Arial"/>
                <w:bCs/>
                <w:lang w:val="fr-FR" w:eastAsia="fr-FR"/>
              </w:rPr>
              <w:t xml:space="preserve"> </w:t>
            </w:r>
            <w:r w:rsidRPr="00876315">
              <w:rPr>
                <w:rFonts w:ascii="Arial" w:hAnsi="Arial"/>
                <w:b/>
                <w:bCs/>
                <w:lang w:val="fr-FR" w:eastAsia="fr-FR"/>
              </w:rPr>
              <w:t xml:space="preserve">- </w:t>
            </w:r>
            <w:r w:rsidRPr="00876315">
              <w:rPr>
                <w:rFonts w:ascii="Arial" w:hAnsi="Arial"/>
                <w:b/>
                <w:lang w:val="fr-FR"/>
              </w:rPr>
              <w:t>Coefficient 4</w:t>
            </w:r>
          </w:p>
          <w:p w:rsidR="00876315" w:rsidRPr="00876315" w:rsidRDefault="00876315" w:rsidP="0065453A">
            <w:pPr>
              <w:spacing w:before="120" w:after="120"/>
              <w:jc w:val="center"/>
              <w:rPr>
                <w:rFonts w:ascii="Arial" w:hAnsi="Arial" w:cs="Arial"/>
                <w:bCs/>
                <w:u w:val="single"/>
                <w:lang w:val="fr-FR"/>
              </w:rPr>
            </w:pPr>
            <w:r w:rsidRPr="00876315">
              <w:rPr>
                <w:rFonts w:ascii="Arial" w:hAnsi="Arial"/>
                <w:b/>
                <w:lang w:val="fr-FR" w:eastAsia="fr-FR"/>
              </w:rPr>
              <w:t>Conception et développement d’application (option SLAM)</w:t>
            </w:r>
            <w:r w:rsidRPr="00876315">
              <w:rPr>
                <w:rFonts w:ascii="Arial" w:hAnsi="Arial"/>
                <w:bCs/>
                <w:lang w:val="fr-FR" w:eastAsia="fr-FR"/>
              </w:rPr>
              <w:t xml:space="preserve"> </w:t>
            </w:r>
            <w:r w:rsidRPr="00876315">
              <w:rPr>
                <w:rFonts w:ascii="Arial" w:hAnsi="Arial"/>
                <w:b/>
                <w:bCs/>
                <w:lang w:val="fr-FR" w:eastAsia="fr-FR"/>
              </w:rPr>
              <w:t xml:space="preserve">- </w:t>
            </w:r>
            <w:r w:rsidRPr="00876315">
              <w:rPr>
                <w:rFonts w:ascii="Arial" w:hAnsi="Arial"/>
                <w:b/>
                <w:lang w:val="fr-FR"/>
              </w:rPr>
              <w:t>Coefficient 4</w:t>
            </w:r>
          </w:p>
        </w:tc>
      </w:tr>
    </w:tbl>
    <w:p w:rsidR="00876315" w:rsidRPr="00876315" w:rsidRDefault="00876315" w:rsidP="00876315">
      <w:pPr>
        <w:rPr>
          <w:rFonts w:ascii="Arial" w:hAnsi="Arial" w:cs="Arial"/>
          <w:lang w:val="fr-FR"/>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76315" w:rsidRPr="00C1556A" w:rsidTr="0065453A">
        <w:tc>
          <w:tcPr>
            <w:tcW w:w="9923" w:type="dxa"/>
          </w:tcPr>
          <w:p w:rsidR="00876315" w:rsidRPr="00876315" w:rsidRDefault="00876315" w:rsidP="0065453A">
            <w:pPr>
              <w:widowControl w:val="0"/>
              <w:tabs>
                <w:tab w:val="left" w:pos="7822"/>
              </w:tabs>
              <w:spacing w:before="120" w:after="120"/>
              <w:rPr>
                <w:rFonts w:ascii="Arial" w:hAnsi="Arial" w:cs="Arial"/>
                <w:b/>
                <w:bCs/>
                <w:lang w:val="fr-FR"/>
              </w:rPr>
            </w:pPr>
            <w:r w:rsidRPr="00876315">
              <w:rPr>
                <w:rFonts w:ascii="Arial" w:hAnsi="Arial" w:cs="Arial"/>
                <w:b/>
                <w:bCs/>
                <w:lang w:val="fr-FR"/>
              </w:rPr>
              <w:t xml:space="preserve">BTS </w:t>
            </w:r>
            <w:r w:rsidRPr="00876315">
              <w:rPr>
                <w:rFonts w:ascii="Arial" w:hAnsi="Arial" w:cs="Arial"/>
                <w:b/>
                <w:caps/>
                <w:lang w:val="fr-FR"/>
              </w:rPr>
              <w:t>Services informatiques aux organisations</w:t>
            </w:r>
            <w:r w:rsidRPr="00876315">
              <w:rPr>
                <w:rFonts w:ascii="Arial" w:hAnsi="Arial" w:cs="Arial"/>
                <w:b/>
                <w:bCs/>
                <w:lang w:val="fr-FR"/>
              </w:rPr>
              <w:tab/>
              <w:t>SESSION 2026</w:t>
            </w:r>
          </w:p>
          <w:p w:rsidR="00876315" w:rsidRPr="00876315" w:rsidRDefault="00876315" w:rsidP="0065453A">
            <w:pPr>
              <w:spacing w:before="120" w:after="120"/>
              <w:jc w:val="center"/>
              <w:rPr>
                <w:rFonts w:ascii="Arial" w:hAnsi="Arial"/>
                <w:b/>
                <w:bCs/>
                <w:lang w:val="fr-FR" w:eastAsia="fr-FR"/>
              </w:rPr>
            </w:pPr>
            <w:r w:rsidRPr="00876315">
              <w:rPr>
                <w:rFonts w:ascii="Arial" w:hAnsi="Arial" w:cs="Arial"/>
                <w:b/>
                <w:bCs/>
                <w:lang w:val="fr-FR"/>
              </w:rPr>
              <w:t xml:space="preserve">ANNEXE VII-1-B : </w:t>
            </w:r>
            <w:r w:rsidRPr="00876315">
              <w:rPr>
                <w:rFonts w:ascii="Arial" w:hAnsi="Arial"/>
                <w:b/>
                <w:bCs/>
                <w:lang w:val="fr-FR"/>
              </w:rPr>
              <w:t>Fiche descriptive de réalisation professionnelle (recto)</w:t>
            </w:r>
          </w:p>
          <w:p w:rsidR="00876315" w:rsidRPr="00876315" w:rsidRDefault="00876315" w:rsidP="0065453A">
            <w:pPr>
              <w:spacing w:before="120" w:after="120"/>
              <w:jc w:val="center"/>
              <w:rPr>
                <w:rFonts w:ascii="Arial" w:hAnsi="Arial"/>
                <w:b/>
                <w:lang w:val="fr-FR" w:eastAsia="fr-FR"/>
              </w:rPr>
            </w:pPr>
            <w:r w:rsidRPr="00876315">
              <w:rPr>
                <w:rFonts w:ascii="Arial" w:hAnsi="Arial"/>
                <w:b/>
                <w:bCs/>
                <w:lang w:val="fr-FR" w:eastAsia="fr-FR"/>
              </w:rPr>
              <w:t>Épreuve E6 - Conception et développement d’applications (option SLAM)</w:t>
            </w:r>
            <w:r w:rsidRPr="00876315">
              <w:rPr>
                <w:rFonts w:ascii="Arial" w:hAnsi="Arial"/>
                <w:b/>
                <w:lang w:val="fr-FR" w:eastAsia="fr-FR"/>
              </w:rPr>
              <w:t xml:space="preserve"> </w:t>
            </w:r>
          </w:p>
        </w:tc>
      </w:tr>
    </w:tbl>
    <w:p w:rsidR="00876315" w:rsidRPr="00876315" w:rsidRDefault="00876315" w:rsidP="00876315">
      <w:pPr>
        <w:outlineLvl w:val="0"/>
        <w:rPr>
          <w:rFonts w:ascii="Arial" w:hAnsi="Arial" w:cs="Arial"/>
          <w:bCs/>
          <w:sz w:val="11"/>
          <w:szCs w:val="11"/>
          <w:u w:val="single"/>
          <w:lang w:val="fr-FR"/>
        </w:rPr>
      </w:pPr>
    </w:p>
    <w:tbl>
      <w:tblPr>
        <w:tblW w:w="9923" w:type="dxa"/>
        <w:tblInd w:w="-147" w:type="dxa"/>
        <w:tblLayout w:type="fixed"/>
        <w:tblCellMar>
          <w:left w:w="0" w:type="dxa"/>
          <w:right w:w="0" w:type="dxa"/>
        </w:tblCellMar>
        <w:tblLook w:val="0000" w:firstRow="0" w:lastRow="0" w:firstColumn="0" w:lastColumn="0" w:noHBand="0" w:noVBand="0"/>
      </w:tblPr>
      <w:tblGrid>
        <w:gridCol w:w="3119"/>
        <w:gridCol w:w="4111"/>
        <w:gridCol w:w="709"/>
        <w:gridCol w:w="1984"/>
      </w:tblGrid>
      <w:tr w:rsidR="00876315" w:rsidRPr="00AE43D0" w:rsidTr="0065453A">
        <w:trPr>
          <w:cantSplit/>
          <w:trHeight w:val="406"/>
        </w:trPr>
        <w:tc>
          <w:tcPr>
            <w:tcW w:w="7939" w:type="dxa"/>
            <w:gridSpan w:val="3"/>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876315" w:rsidRPr="00AE43D0" w:rsidRDefault="00876315" w:rsidP="0065453A">
            <w:pPr>
              <w:snapToGrid w:val="0"/>
              <w:spacing w:before="120" w:after="120"/>
              <w:jc w:val="center"/>
              <w:rPr>
                <w:rFonts w:ascii="Arial" w:hAnsi="Arial"/>
                <w:b/>
                <w:sz w:val="20"/>
              </w:rPr>
            </w:pPr>
            <w:r>
              <w:rPr>
                <w:rFonts w:ascii="Arial" w:hAnsi="Arial"/>
                <w:b/>
              </w:rPr>
              <w:t>DESCRIPTION D’UNE RÉALISATION PROFESSIONNELLE</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876315" w:rsidRPr="00AE43D0" w:rsidRDefault="00876315" w:rsidP="0065453A">
            <w:pPr>
              <w:tabs>
                <w:tab w:val="right" w:leader="dot" w:pos="1837"/>
              </w:tabs>
              <w:snapToGrid w:val="0"/>
              <w:spacing w:before="120" w:after="60"/>
              <w:rPr>
                <w:rFonts w:ascii="Arial" w:hAnsi="Arial"/>
                <w:b/>
                <w:sz w:val="20"/>
              </w:rPr>
            </w:pPr>
            <w:r>
              <w:rPr>
                <w:rFonts w:ascii="Arial" w:hAnsi="Arial"/>
                <w:b/>
                <w:sz w:val="20"/>
              </w:rPr>
              <w:t xml:space="preserve">N° </w:t>
            </w:r>
            <w:proofErr w:type="spellStart"/>
            <w:proofErr w:type="gramStart"/>
            <w:r>
              <w:rPr>
                <w:rFonts w:ascii="Arial" w:hAnsi="Arial"/>
                <w:b/>
                <w:sz w:val="20"/>
              </w:rPr>
              <w:t>réalisation</w:t>
            </w:r>
            <w:proofErr w:type="spellEnd"/>
            <w:r>
              <w:rPr>
                <w:rFonts w:ascii="Arial" w:hAnsi="Arial"/>
                <w:b/>
                <w:sz w:val="20"/>
              </w:rPr>
              <w:t> :</w:t>
            </w:r>
            <w:proofErr w:type="gramEnd"/>
            <w:r>
              <w:rPr>
                <w:rFonts w:ascii="Arial" w:hAnsi="Arial"/>
                <w:b/>
                <w:sz w:val="20"/>
              </w:rPr>
              <w:t xml:space="preserve"> 1</w:t>
            </w:r>
          </w:p>
        </w:tc>
      </w:tr>
      <w:tr w:rsidR="00876315" w:rsidRPr="00AE43D0" w:rsidTr="0065453A">
        <w:trPr>
          <w:cantSplit/>
          <w:trHeight w:val="438"/>
        </w:trPr>
        <w:tc>
          <w:tcPr>
            <w:tcW w:w="7230" w:type="dxa"/>
            <w:gridSpan w:val="2"/>
            <w:tcBorders>
              <w:top w:val="single" w:sz="4" w:space="0" w:color="000000" w:themeColor="text1"/>
              <w:left w:val="single" w:sz="4" w:space="0" w:color="000000" w:themeColor="text1"/>
              <w:right w:val="single" w:sz="4" w:space="0" w:color="000000" w:themeColor="text1"/>
            </w:tcBorders>
          </w:tcPr>
          <w:p w:rsidR="00876315" w:rsidRPr="00AE43D0" w:rsidRDefault="00876315" w:rsidP="0065453A">
            <w:pPr>
              <w:snapToGrid w:val="0"/>
              <w:spacing w:before="60" w:after="60"/>
              <w:rPr>
                <w:rFonts w:ascii="Arial" w:hAnsi="Arial"/>
                <w:b/>
                <w:sz w:val="20"/>
              </w:rPr>
            </w:pPr>
            <w:r>
              <w:rPr>
                <w:rFonts w:ascii="Arial" w:hAnsi="Arial"/>
                <w:b/>
                <w:sz w:val="20"/>
              </w:rPr>
              <w:t>Nom,</w:t>
            </w:r>
            <w:r w:rsidRPr="00AE43D0">
              <w:rPr>
                <w:rFonts w:ascii="Arial" w:hAnsi="Arial"/>
                <w:b/>
                <w:sz w:val="20"/>
              </w:rPr>
              <w:t xml:space="preserve"> </w:t>
            </w:r>
            <w:proofErr w:type="spellStart"/>
            <w:proofErr w:type="gramStart"/>
            <w:r w:rsidRPr="00AE43D0">
              <w:rPr>
                <w:rFonts w:ascii="Arial" w:hAnsi="Arial"/>
                <w:b/>
                <w:sz w:val="20"/>
              </w:rPr>
              <w:t>prénom</w:t>
            </w:r>
            <w:proofErr w:type="spellEnd"/>
            <w:r w:rsidRPr="00AE43D0">
              <w:rPr>
                <w:rFonts w:ascii="Arial" w:hAnsi="Arial"/>
                <w:b/>
                <w:sz w:val="20"/>
              </w:rPr>
              <w:t xml:space="preserve"> :</w:t>
            </w:r>
            <w:proofErr w:type="gramEnd"/>
            <w:r>
              <w:rPr>
                <w:rFonts w:ascii="Arial" w:hAnsi="Arial"/>
                <w:b/>
                <w:sz w:val="20"/>
              </w:rPr>
              <w:t xml:space="preserve"> </w:t>
            </w:r>
            <w:proofErr w:type="spellStart"/>
            <w:r>
              <w:rPr>
                <w:rFonts w:ascii="Arial" w:hAnsi="Arial"/>
                <w:b/>
                <w:sz w:val="20"/>
              </w:rPr>
              <w:t>Poussy</w:t>
            </w:r>
            <w:proofErr w:type="spellEnd"/>
            <w:r>
              <w:rPr>
                <w:rFonts w:ascii="Arial" w:hAnsi="Arial"/>
                <w:b/>
                <w:sz w:val="20"/>
              </w:rPr>
              <w:t xml:space="preserve"> Sacha</w:t>
            </w:r>
          </w:p>
        </w:tc>
        <w:tc>
          <w:tcPr>
            <w:tcW w:w="2693" w:type="dxa"/>
            <w:gridSpan w:val="2"/>
            <w:tcBorders>
              <w:top w:val="single" w:sz="4" w:space="0" w:color="000000" w:themeColor="text1"/>
              <w:left w:val="single" w:sz="4" w:space="0" w:color="000000" w:themeColor="text1"/>
              <w:right w:val="single" w:sz="4" w:space="0" w:color="000000" w:themeColor="text1"/>
            </w:tcBorders>
          </w:tcPr>
          <w:p w:rsidR="00876315" w:rsidRPr="00AE43D0" w:rsidRDefault="00876315" w:rsidP="0065453A">
            <w:pPr>
              <w:snapToGrid w:val="0"/>
              <w:spacing w:before="60" w:after="60"/>
              <w:rPr>
                <w:rFonts w:ascii="Arial" w:hAnsi="Arial"/>
                <w:b/>
                <w:sz w:val="20"/>
              </w:rPr>
            </w:pPr>
            <w:r w:rsidRPr="00AE43D0">
              <w:rPr>
                <w:rFonts w:ascii="Arial" w:hAnsi="Arial"/>
                <w:b/>
                <w:sz w:val="20"/>
                <w:szCs w:val="20"/>
              </w:rPr>
              <w:t xml:space="preserve">N° </w:t>
            </w:r>
            <w:proofErr w:type="spellStart"/>
            <w:proofErr w:type="gramStart"/>
            <w:r w:rsidRPr="00AE43D0">
              <w:rPr>
                <w:rFonts w:ascii="Arial" w:hAnsi="Arial"/>
                <w:b/>
                <w:sz w:val="20"/>
                <w:szCs w:val="20"/>
              </w:rPr>
              <w:t>candidat</w:t>
            </w:r>
            <w:proofErr w:type="spellEnd"/>
            <w:r w:rsidRPr="00AE43D0">
              <w:rPr>
                <w:rFonts w:ascii="Arial" w:hAnsi="Arial"/>
                <w:b/>
                <w:sz w:val="20"/>
                <w:szCs w:val="20"/>
              </w:rPr>
              <w:t> :</w:t>
            </w:r>
            <w:proofErr w:type="gramEnd"/>
            <w:r>
              <w:rPr>
                <w:rFonts w:ascii="Arial" w:hAnsi="Arial"/>
                <w:b/>
                <w:sz w:val="20"/>
                <w:szCs w:val="20"/>
              </w:rPr>
              <w:t xml:space="preserve"> </w:t>
            </w:r>
            <w:r>
              <w:rPr>
                <w:rFonts w:ascii="Arial" w:hAnsi="Arial"/>
                <w:b/>
                <w:bCs/>
                <w:sz w:val="20"/>
                <w:szCs w:val="20"/>
              </w:rPr>
              <w:t>01946801371</w:t>
            </w:r>
          </w:p>
        </w:tc>
      </w:tr>
      <w:tr w:rsidR="00876315" w:rsidRPr="00AE43D0" w:rsidTr="0065453A">
        <w:trPr>
          <w:cantSplit/>
          <w:trHeight w:val="406"/>
        </w:trPr>
        <w:tc>
          <w:tcPr>
            <w:tcW w:w="3119" w:type="dxa"/>
            <w:tcBorders>
              <w:top w:val="single" w:sz="4" w:space="0" w:color="000000" w:themeColor="text1"/>
              <w:left w:val="single" w:sz="4" w:space="0" w:color="000000" w:themeColor="text1"/>
              <w:bottom w:val="single" w:sz="4" w:space="0" w:color="auto"/>
            </w:tcBorders>
            <w:vAlign w:val="center"/>
          </w:tcPr>
          <w:p w:rsidR="00876315" w:rsidRPr="00AE43D0" w:rsidRDefault="00876315" w:rsidP="0065453A">
            <w:pPr>
              <w:tabs>
                <w:tab w:val="right" w:pos="2554"/>
              </w:tabs>
              <w:snapToGrid w:val="0"/>
              <w:spacing w:before="120" w:after="120"/>
              <w:jc w:val="both"/>
              <w:rPr>
                <w:rFonts w:ascii="Arial" w:hAnsi="Arial"/>
                <w:b/>
                <w:sz w:val="20"/>
                <w:szCs w:val="21"/>
              </w:rPr>
            </w:pPr>
            <w:proofErr w:type="spellStart"/>
            <w:r w:rsidRPr="00AE43D0">
              <w:rPr>
                <w:rFonts w:ascii="Arial" w:hAnsi="Arial"/>
                <w:b/>
                <w:sz w:val="20"/>
                <w:szCs w:val="21"/>
              </w:rPr>
              <w:t>Épreuve</w:t>
            </w:r>
            <w:proofErr w:type="spellEnd"/>
            <w:r w:rsidRPr="00AE43D0">
              <w:rPr>
                <w:rFonts w:ascii="Arial" w:hAnsi="Arial"/>
                <w:b/>
                <w:sz w:val="20"/>
                <w:szCs w:val="21"/>
              </w:rPr>
              <w:t xml:space="preserve"> </w:t>
            </w:r>
            <w:proofErr w:type="spellStart"/>
            <w:r w:rsidRPr="00AE43D0">
              <w:rPr>
                <w:rFonts w:ascii="Arial" w:hAnsi="Arial"/>
                <w:b/>
                <w:sz w:val="20"/>
                <w:szCs w:val="21"/>
              </w:rPr>
              <w:t>ponctuelle</w:t>
            </w:r>
            <w:proofErr w:type="spellEnd"/>
            <w:r w:rsidRPr="00AE43D0">
              <w:rPr>
                <w:rFonts w:ascii="Arial" w:hAnsi="Arial"/>
                <w:b/>
                <w:sz w:val="20"/>
                <w:szCs w:val="21"/>
              </w:rPr>
              <w:tab/>
            </w:r>
            <w:r w:rsidRPr="00AE43D0">
              <w:rPr>
                <w:rFonts w:ascii="Arial" w:hAnsi="Arial"/>
                <w:b/>
                <w:sz w:val="20"/>
                <w:szCs w:val="21"/>
              </w:rPr>
              <w:fldChar w:fldCharType="begin">
                <w:ffData>
                  <w:name w:val=""/>
                  <w:enabled/>
                  <w:calcOnExit w:val="0"/>
                  <w:checkBox>
                    <w:sizeAuto/>
                    <w:default w:val="0"/>
                  </w:checkBox>
                </w:ffData>
              </w:fldChar>
            </w:r>
            <w:r w:rsidRPr="00AE43D0">
              <w:rPr>
                <w:rFonts w:ascii="Arial" w:hAnsi="Arial"/>
                <w:b/>
                <w:sz w:val="20"/>
                <w:szCs w:val="21"/>
              </w:rPr>
              <w:instrText xml:space="preserve"> FORMCHECKBOX </w:instrText>
            </w:r>
            <w:r w:rsidR="005A20DC">
              <w:rPr>
                <w:rFonts w:ascii="Arial" w:hAnsi="Arial"/>
                <w:b/>
                <w:sz w:val="20"/>
                <w:szCs w:val="21"/>
              </w:rPr>
            </w:r>
            <w:r w:rsidR="005A20DC">
              <w:rPr>
                <w:rFonts w:ascii="Arial" w:hAnsi="Arial"/>
                <w:b/>
                <w:sz w:val="20"/>
                <w:szCs w:val="21"/>
              </w:rPr>
              <w:fldChar w:fldCharType="separate"/>
            </w:r>
            <w:r w:rsidRPr="00AE43D0">
              <w:rPr>
                <w:rFonts w:ascii="Arial" w:hAnsi="Arial"/>
                <w:b/>
                <w:sz w:val="20"/>
                <w:szCs w:val="21"/>
              </w:rPr>
              <w:fldChar w:fldCharType="end"/>
            </w:r>
          </w:p>
        </w:tc>
        <w:tc>
          <w:tcPr>
            <w:tcW w:w="4111" w:type="dxa"/>
            <w:tcBorders>
              <w:top w:val="single" w:sz="4" w:space="0" w:color="000000" w:themeColor="text1"/>
              <w:bottom w:val="single" w:sz="4" w:space="0" w:color="auto"/>
              <w:right w:val="single" w:sz="4" w:space="0" w:color="000000" w:themeColor="text1"/>
            </w:tcBorders>
            <w:vAlign w:val="center"/>
          </w:tcPr>
          <w:p w:rsidR="00876315" w:rsidRPr="00876315" w:rsidRDefault="00876315" w:rsidP="0065453A">
            <w:pPr>
              <w:tabs>
                <w:tab w:val="right" w:pos="1986"/>
              </w:tabs>
              <w:snapToGrid w:val="0"/>
              <w:spacing w:before="120" w:after="120"/>
              <w:jc w:val="both"/>
              <w:rPr>
                <w:rFonts w:ascii="Arial" w:hAnsi="Arial"/>
                <w:b/>
                <w:sz w:val="20"/>
                <w:szCs w:val="21"/>
                <w:lang w:val="fr-FR"/>
              </w:rPr>
            </w:pPr>
            <w:r w:rsidRPr="00876315">
              <w:rPr>
                <w:rFonts w:ascii="Arial" w:hAnsi="Arial"/>
                <w:b/>
                <w:sz w:val="20"/>
                <w:szCs w:val="21"/>
                <w:lang w:val="fr-FR"/>
              </w:rPr>
              <w:t>Contrôle en cours de formation</w:t>
            </w:r>
            <w:r w:rsidRPr="00876315">
              <w:rPr>
                <w:rFonts w:ascii="Arial" w:hAnsi="Arial"/>
                <w:b/>
                <w:sz w:val="20"/>
                <w:szCs w:val="21"/>
                <w:lang w:val="fr-FR"/>
              </w:rPr>
              <w:tab/>
            </w:r>
            <w:r>
              <w:rPr>
                <w:rFonts w:ascii="Arial" w:hAnsi="Arial"/>
                <w:b/>
                <w:sz w:val="20"/>
                <w:szCs w:val="21"/>
              </w:rPr>
              <w:fldChar w:fldCharType="begin">
                <w:ffData>
                  <w:name w:val="CheckBox"/>
                  <w:enabled/>
                  <w:calcOnExit w:val="0"/>
                  <w:checkBox>
                    <w:sizeAuto/>
                    <w:default w:val="1"/>
                  </w:checkBox>
                </w:ffData>
              </w:fldChar>
            </w:r>
            <w:bookmarkStart w:id="0" w:name="CheckBox"/>
            <w:r w:rsidRPr="00876315">
              <w:rPr>
                <w:rFonts w:ascii="Arial" w:hAnsi="Arial"/>
                <w:b/>
                <w:sz w:val="20"/>
                <w:szCs w:val="21"/>
                <w:lang w:val="fr-FR"/>
              </w:rPr>
              <w:instrText xml:space="preserve"> FORMCHECKBOX </w:instrText>
            </w:r>
            <w:r w:rsidR="005A20DC">
              <w:rPr>
                <w:rFonts w:ascii="Arial" w:hAnsi="Arial"/>
                <w:b/>
                <w:sz w:val="20"/>
                <w:szCs w:val="21"/>
              </w:rPr>
            </w:r>
            <w:r w:rsidR="005A20DC">
              <w:rPr>
                <w:rFonts w:ascii="Arial" w:hAnsi="Arial"/>
                <w:b/>
                <w:sz w:val="20"/>
                <w:szCs w:val="21"/>
              </w:rPr>
              <w:fldChar w:fldCharType="separate"/>
            </w:r>
            <w:r>
              <w:rPr>
                <w:rFonts w:ascii="Arial" w:hAnsi="Arial"/>
                <w:b/>
                <w:sz w:val="20"/>
                <w:szCs w:val="21"/>
              </w:rPr>
              <w:fldChar w:fldCharType="end"/>
            </w:r>
            <w:bookmarkEnd w:id="0"/>
          </w:p>
        </w:tc>
        <w:tc>
          <w:tcPr>
            <w:tcW w:w="2693" w:type="dxa"/>
            <w:gridSpan w:val="2"/>
            <w:tcBorders>
              <w:top w:val="single" w:sz="4" w:space="0" w:color="000000" w:themeColor="text1"/>
              <w:bottom w:val="single" w:sz="4" w:space="0" w:color="auto"/>
              <w:right w:val="single" w:sz="4" w:space="0" w:color="000000" w:themeColor="text1"/>
            </w:tcBorders>
            <w:vAlign w:val="center"/>
          </w:tcPr>
          <w:p w:rsidR="00876315" w:rsidRPr="00AE43D0" w:rsidRDefault="00876315" w:rsidP="0065453A">
            <w:pPr>
              <w:snapToGrid w:val="0"/>
              <w:spacing w:before="120" w:after="120"/>
              <w:jc w:val="both"/>
              <w:rPr>
                <w:rFonts w:ascii="Arial" w:hAnsi="Arial"/>
                <w:b/>
                <w:sz w:val="20"/>
                <w:szCs w:val="21"/>
              </w:rPr>
            </w:pPr>
            <w:proofErr w:type="gramStart"/>
            <w:r w:rsidRPr="00AE43D0">
              <w:rPr>
                <w:rFonts w:ascii="Arial" w:hAnsi="Arial"/>
                <w:b/>
                <w:sz w:val="20"/>
                <w:szCs w:val="20"/>
              </w:rPr>
              <w:t>Date :</w:t>
            </w:r>
            <w:proofErr w:type="gramEnd"/>
            <w:r w:rsidRPr="00AE43D0">
              <w:rPr>
                <w:rFonts w:ascii="Arial" w:hAnsi="Arial"/>
                <w:b/>
                <w:sz w:val="20"/>
                <w:szCs w:val="20"/>
              </w:rPr>
              <w:t xml:space="preserve"> </w:t>
            </w:r>
            <w:r>
              <w:rPr>
                <w:rFonts w:ascii="Arial" w:hAnsi="Arial" w:cs="Arial"/>
                <w:sz w:val="20"/>
                <w:szCs w:val="20"/>
              </w:rPr>
              <w:t>04</w:t>
            </w:r>
            <w:r w:rsidRPr="00AE43D0">
              <w:rPr>
                <w:rFonts w:ascii="Arial" w:hAnsi="Arial" w:cs="Arial"/>
                <w:sz w:val="20"/>
                <w:szCs w:val="20"/>
              </w:rPr>
              <w:t xml:space="preserve"> / </w:t>
            </w:r>
            <w:r>
              <w:rPr>
                <w:rFonts w:ascii="Arial" w:hAnsi="Arial" w:cs="Arial"/>
                <w:sz w:val="20"/>
                <w:szCs w:val="20"/>
              </w:rPr>
              <w:t>05</w:t>
            </w:r>
            <w:r w:rsidRPr="00AE43D0">
              <w:rPr>
                <w:rFonts w:ascii="Arial" w:hAnsi="Arial" w:cs="Arial"/>
                <w:sz w:val="20"/>
                <w:szCs w:val="20"/>
              </w:rPr>
              <w:t xml:space="preserve"> /</w:t>
            </w:r>
            <w:r>
              <w:rPr>
                <w:rFonts w:ascii="Arial" w:hAnsi="Arial" w:cs="Arial"/>
                <w:sz w:val="20"/>
                <w:szCs w:val="20"/>
              </w:rPr>
              <w:t>2026</w:t>
            </w:r>
          </w:p>
        </w:tc>
      </w:tr>
      <w:tr w:rsidR="00876315" w:rsidRPr="00C1556A" w:rsidTr="0065453A">
        <w:trPr>
          <w:cantSplit/>
          <w:trHeight w:val="510"/>
        </w:trPr>
        <w:tc>
          <w:tcPr>
            <w:tcW w:w="992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315" w:rsidRPr="00876315" w:rsidRDefault="00876315" w:rsidP="0065453A">
            <w:pPr>
              <w:pStyle w:val="Titre9"/>
              <w:tabs>
                <w:tab w:val="left" w:pos="0"/>
              </w:tabs>
              <w:snapToGrid w:val="0"/>
              <w:spacing w:before="0"/>
              <w:rPr>
                <w:b/>
                <w:szCs w:val="24"/>
                <w:lang w:val="fr-FR"/>
              </w:rPr>
            </w:pPr>
            <w:r>
              <w:rPr>
                <w:b/>
                <w:szCs w:val="24"/>
                <w:lang w:val="fr-FR"/>
              </w:rPr>
              <w:lastRenderedPageBreak/>
              <w:t>O</w:t>
            </w:r>
            <w:r w:rsidRPr="00876315">
              <w:rPr>
                <w:b/>
                <w:szCs w:val="24"/>
                <w:lang w:val="fr-FR"/>
              </w:rPr>
              <w:t>rganisation support de la réalisation professionnelle : Lycée Condorcet</w:t>
            </w:r>
          </w:p>
          <w:p w:rsidR="00876315" w:rsidRPr="00876315" w:rsidRDefault="00876315" w:rsidP="0065453A">
            <w:pPr>
              <w:rPr>
                <w:rFonts w:ascii="Arial" w:hAnsi="Arial" w:cs="Arial"/>
                <w:sz w:val="20"/>
                <w:lang w:val="fr-FR"/>
              </w:rPr>
            </w:pPr>
          </w:p>
        </w:tc>
      </w:tr>
      <w:tr w:rsidR="00876315" w:rsidRPr="00C1556A" w:rsidTr="0065453A">
        <w:trPr>
          <w:cantSplit/>
          <w:trHeight w:val="510"/>
        </w:trPr>
        <w:tc>
          <w:tcPr>
            <w:tcW w:w="992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315" w:rsidRPr="00876315" w:rsidRDefault="00876315" w:rsidP="0065453A">
            <w:pPr>
              <w:pStyle w:val="Titre9"/>
              <w:tabs>
                <w:tab w:val="left" w:pos="0"/>
              </w:tabs>
              <w:snapToGrid w:val="0"/>
              <w:spacing w:before="0"/>
              <w:rPr>
                <w:b/>
                <w:szCs w:val="24"/>
                <w:lang w:val="fr-FR"/>
              </w:rPr>
            </w:pPr>
            <w:r w:rsidRPr="00876315">
              <w:rPr>
                <w:b/>
                <w:szCs w:val="24"/>
                <w:lang w:val="fr-FR"/>
              </w:rPr>
              <w:t xml:space="preserve">Intitulé de la réalisation professionnelle : </w:t>
            </w:r>
            <w:r w:rsidRPr="00876315">
              <w:rPr>
                <w:lang w:val="fr-FR"/>
              </w:rPr>
              <w:t>Application Visiteur Médical – Gestion des rendez-vous et des médicaments</w:t>
            </w:r>
          </w:p>
          <w:p w:rsidR="00876315" w:rsidRPr="00876315" w:rsidRDefault="00876315" w:rsidP="0065453A">
            <w:pPr>
              <w:rPr>
                <w:rFonts w:ascii="Arial" w:hAnsi="Arial" w:cs="Arial"/>
                <w:sz w:val="20"/>
                <w:lang w:val="fr-FR"/>
              </w:rPr>
            </w:pPr>
          </w:p>
        </w:tc>
      </w:tr>
      <w:tr w:rsidR="00876315" w:rsidRPr="00C1556A" w:rsidTr="0065453A">
        <w:trPr>
          <w:cantSplit/>
          <w:trHeight w:val="624"/>
        </w:trPr>
        <w:tc>
          <w:tcPr>
            <w:tcW w:w="9923"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876315" w:rsidRPr="00876315" w:rsidRDefault="00876315" w:rsidP="0065453A">
            <w:pPr>
              <w:pStyle w:val="Titre9"/>
              <w:tabs>
                <w:tab w:val="left" w:pos="0"/>
                <w:tab w:val="left" w:pos="3120"/>
                <w:tab w:val="left" w:pos="4635"/>
                <w:tab w:val="right" w:leader="dot" w:pos="5104"/>
                <w:tab w:val="left" w:pos="6030"/>
                <w:tab w:val="right" w:leader="dot" w:pos="9781"/>
              </w:tabs>
              <w:spacing w:before="120"/>
              <w:rPr>
                <w:b/>
                <w:szCs w:val="24"/>
                <w:lang w:val="fr-FR"/>
              </w:rPr>
            </w:pPr>
            <w:r w:rsidRPr="00876315">
              <w:rPr>
                <w:b/>
                <w:szCs w:val="24"/>
                <w:lang w:val="fr-FR"/>
              </w:rPr>
              <w:t>Période de réalisation :</w:t>
            </w:r>
            <w:r w:rsidRPr="00876315">
              <w:rPr>
                <w:bCs/>
                <w:szCs w:val="24"/>
                <w:lang w:val="fr-FR"/>
              </w:rPr>
              <w:t xml:space="preserve"> 2025-2026</w:t>
            </w:r>
            <w:r w:rsidRPr="00876315">
              <w:rPr>
                <w:b/>
                <w:szCs w:val="24"/>
                <w:lang w:val="fr-FR"/>
              </w:rPr>
              <w:t xml:space="preserve"> Lieu :</w:t>
            </w:r>
            <w:r w:rsidRPr="00876315">
              <w:rPr>
                <w:bCs/>
                <w:szCs w:val="24"/>
                <w:lang w:val="fr-FR"/>
              </w:rPr>
              <w:t xml:space="preserve"> Belfort</w:t>
            </w:r>
            <w:r w:rsidRPr="00876315">
              <w:rPr>
                <w:bCs/>
                <w:szCs w:val="24"/>
                <w:lang w:val="fr-FR"/>
              </w:rPr>
              <w:tab/>
            </w:r>
          </w:p>
          <w:p w:rsidR="00876315" w:rsidRPr="00876315" w:rsidRDefault="00876315" w:rsidP="0065453A">
            <w:pPr>
              <w:pStyle w:val="Titre9"/>
              <w:tabs>
                <w:tab w:val="left" w:pos="0"/>
              </w:tabs>
              <w:snapToGrid w:val="0"/>
              <w:spacing w:before="0" w:after="120"/>
              <w:rPr>
                <w:b/>
                <w:szCs w:val="24"/>
                <w:lang w:val="fr-FR"/>
              </w:rPr>
            </w:pPr>
            <w:r w:rsidRPr="00876315">
              <w:rPr>
                <w:b/>
                <w:szCs w:val="24"/>
                <w:lang w:val="fr-FR"/>
              </w:rPr>
              <w:t>Modalité :</w:t>
            </w:r>
            <w:r w:rsidRPr="00876315">
              <w:rPr>
                <w:b/>
                <w:szCs w:val="24"/>
                <w:lang w:val="fr-FR"/>
              </w:rPr>
              <w:tab/>
            </w:r>
            <w:r>
              <w:rPr>
                <w:b/>
                <w:szCs w:val="24"/>
              </w:rPr>
              <w:fldChar w:fldCharType="begin">
                <w:ffData>
                  <w:name w:val=""/>
                  <w:enabled/>
                  <w:calcOnExit w:val="0"/>
                  <w:checkBox>
                    <w:sizeAuto/>
                    <w:default w:val="1"/>
                  </w:checkBox>
                </w:ffData>
              </w:fldChar>
            </w:r>
            <w:r w:rsidRPr="00876315">
              <w:rPr>
                <w:b/>
                <w:szCs w:val="24"/>
                <w:lang w:val="fr-FR"/>
              </w:rPr>
              <w:instrText xml:space="preserve"> FORMCHECKBOX </w:instrText>
            </w:r>
            <w:r w:rsidR="005A20DC">
              <w:rPr>
                <w:b/>
                <w:szCs w:val="24"/>
              </w:rPr>
            </w:r>
            <w:r w:rsidR="005A20DC">
              <w:rPr>
                <w:b/>
                <w:szCs w:val="24"/>
              </w:rPr>
              <w:fldChar w:fldCharType="separate"/>
            </w:r>
            <w:r>
              <w:rPr>
                <w:b/>
                <w:szCs w:val="24"/>
              </w:rPr>
              <w:fldChar w:fldCharType="end"/>
            </w:r>
            <w:r w:rsidRPr="00876315">
              <w:rPr>
                <w:b/>
                <w:szCs w:val="24"/>
                <w:lang w:val="fr-FR"/>
              </w:rPr>
              <w:t xml:space="preserve">  Seul(e)</w:t>
            </w:r>
            <w:r w:rsidRPr="00876315">
              <w:rPr>
                <w:b/>
                <w:szCs w:val="24"/>
                <w:lang w:val="fr-FR"/>
              </w:rPr>
              <w:tab/>
            </w:r>
            <w:r w:rsidRPr="00876315">
              <w:rPr>
                <w:b/>
                <w:szCs w:val="24"/>
                <w:lang w:val="fr-FR"/>
              </w:rPr>
              <w:tab/>
            </w:r>
            <w:r w:rsidRPr="001C04B4">
              <w:rPr>
                <w:b/>
                <w:szCs w:val="24"/>
              </w:rPr>
              <w:fldChar w:fldCharType="begin">
                <w:ffData>
                  <w:name w:val="CheckBox"/>
                  <w:enabled/>
                  <w:calcOnExit w:val="0"/>
                  <w:checkBox>
                    <w:sizeAuto/>
                    <w:default w:val="0"/>
                  </w:checkBox>
                </w:ffData>
              </w:fldChar>
            </w:r>
            <w:r w:rsidRPr="00876315">
              <w:rPr>
                <w:b/>
                <w:szCs w:val="24"/>
                <w:lang w:val="fr-FR"/>
              </w:rPr>
              <w:instrText xml:space="preserve"> FORMCHECKBOX </w:instrText>
            </w:r>
            <w:r w:rsidR="005A20DC">
              <w:rPr>
                <w:b/>
                <w:szCs w:val="24"/>
              </w:rPr>
            </w:r>
            <w:r w:rsidR="005A20DC">
              <w:rPr>
                <w:b/>
                <w:szCs w:val="24"/>
              </w:rPr>
              <w:fldChar w:fldCharType="separate"/>
            </w:r>
            <w:r w:rsidRPr="001C04B4">
              <w:rPr>
                <w:b/>
                <w:szCs w:val="24"/>
              </w:rPr>
              <w:fldChar w:fldCharType="end"/>
            </w:r>
            <w:r w:rsidRPr="00876315">
              <w:rPr>
                <w:b/>
                <w:szCs w:val="24"/>
                <w:lang w:val="fr-FR"/>
              </w:rPr>
              <w:t xml:space="preserve">  En équipe</w:t>
            </w:r>
          </w:p>
        </w:tc>
      </w:tr>
      <w:tr w:rsidR="00876315" w:rsidRPr="001C04B4" w:rsidTr="0065453A">
        <w:trPr>
          <w:cantSplit/>
          <w:trHeight w:val="1077"/>
        </w:trPr>
        <w:tc>
          <w:tcPr>
            <w:tcW w:w="9923" w:type="dxa"/>
            <w:gridSpan w:val="4"/>
            <w:tcBorders>
              <w:top w:val="single" w:sz="4" w:space="0" w:color="auto"/>
              <w:left w:val="single" w:sz="4" w:space="0" w:color="auto"/>
              <w:bottom w:val="single" w:sz="4" w:space="0" w:color="auto"/>
              <w:right w:val="single" w:sz="4" w:space="0" w:color="auto"/>
            </w:tcBorders>
          </w:tcPr>
          <w:p w:rsidR="00876315" w:rsidRPr="00876315" w:rsidRDefault="00876315" w:rsidP="0065453A">
            <w:pPr>
              <w:pStyle w:val="Titre9"/>
              <w:tabs>
                <w:tab w:val="left" w:pos="0"/>
              </w:tabs>
              <w:snapToGrid w:val="0"/>
              <w:spacing w:before="0"/>
              <w:rPr>
                <w:b/>
                <w:szCs w:val="24"/>
                <w:lang w:val="fr-FR"/>
              </w:rPr>
            </w:pPr>
            <w:r w:rsidRPr="00876315">
              <w:rPr>
                <w:b/>
                <w:szCs w:val="24"/>
                <w:lang w:val="fr-FR"/>
              </w:rPr>
              <w:t>Compétences travaillées</w:t>
            </w:r>
          </w:p>
          <w:p w:rsidR="00876315" w:rsidRPr="00876315" w:rsidRDefault="00876315" w:rsidP="0065453A">
            <w:pPr>
              <w:tabs>
                <w:tab w:val="left" w:pos="1135"/>
              </w:tabs>
              <w:rPr>
                <w:rFonts w:ascii="Arial" w:hAnsi="Arial" w:cs="Arial"/>
                <w:bCs/>
                <w:sz w:val="20"/>
                <w:lang w:val="fr-FR"/>
              </w:rPr>
            </w:pPr>
            <w:r w:rsidRPr="00876315">
              <w:rPr>
                <w:rFonts w:ascii="Arial" w:hAnsi="Arial" w:cs="Arial"/>
                <w:sz w:val="20"/>
                <w:lang w:val="fr-FR"/>
              </w:rPr>
              <w:tab/>
            </w:r>
            <w:r>
              <w:rPr>
                <w:rFonts w:ascii="Arial" w:hAnsi="Arial" w:cs="Arial"/>
                <w:b/>
                <w:sz w:val="20"/>
              </w:rPr>
              <w:fldChar w:fldCharType="begin">
                <w:ffData>
                  <w:name w:val=""/>
                  <w:enabled/>
                  <w:calcOnExit w:val="0"/>
                  <w:checkBox>
                    <w:sizeAuto/>
                    <w:default w:val="1"/>
                  </w:checkBox>
                </w:ffData>
              </w:fldChar>
            </w:r>
            <w:r w:rsidRPr="00876315">
              <w:rPr>
                <w:rFonts w:ascii="Arial" w:hAnsi="Arial" w:cs="Arial"/>
                <w:b/>
                <w:sz w:val="20"/>
                <w:lang w:val="fr-FR"/>
              </w:rPr>
              <w:instrText xml:space="preserve"> FORMCHECKBOX </w:instrText>
            </w:r>
            <w:r w:rsidR="005A20DC">
              <w:rPr>
                <w:rFonts w:ascii="Arial" w:hAnsi="Arial" w:cs="Arial"/>
                <w:b/>
                <w:sz w:val="20"/>
              </w:rPr>
            </w:r>
            <w:r w:rsidR="005A20DC">
              <w:rPr>
                <w:rFonts w:ascii="Arial" w:hAnsi="Arial" w:cs="Arial"/>
                <w:b/>
                <w:sz w:val="20"/>
              </w:rPr>
              <w:fldChar w:fldCharType="separate"/>
            </w:r>
            <w:r>
              <w:rPr>
                <w:rFonts w:ascii="Arial" w:hAnsi="Arial" w:cs="Arial"/>
                <w:b/>
                <w:sz w:val="20"/>
              </w:rPr>
              <w:fldChar w:fldCharType="end"/>
            </w:r>
            <w:r w:rsidRPr="00876315">
              <w:rPr>
                <w:rFonts w:ascii="Arial" w:hAnsi="Arial" w:cs="Arial"/>
                <w:b/>
                <w:sz w:val="20"/>
                <w:lang w:val="fr-FR"/>
              </w:rPr>
              <w:t xml:space="preserve"> </w:t>
            </w:r>
            <w:r w:rsidRPr="00876315">
              <w:rPr>
                <w:rFonts w:ascii="Arial" w:hAnsi="Arial" w:cs="Arial"/>
                <w:bCs/>
                <w:sz w:val="20"/>
                <w:lang w:val="fr-FR"/>
              </w:rPr>
              <w:t>Concevoir et développer une solution applicative</w:t>
            </w:r>
          </w:p>
          <w:p w:rsidR="00876315" w:rsidRPr="00876315" w:rsidRDefault="00876315" w:rsidP="0065453A">
            <w:pPr>
              <w:tabs>
                <w:tab w:val="left" w:pos="1135"/>
              </w:tabs>
              <w:rPr>
                <w:rFonts w:ascii="Arial" w:hAnsi="Arial" w:cs="Arial"/>
                <w:sz w:val="20"/>
                <w:lang w:val="fr-FR"/>
              </w:rPr>
            </w:pPr>
            <w:r w:rsidRPr="00876315">
              <w:rPr>
                <w:rFonts w:ascii="Arial" w:hAnsi="Arial" w:cs="Arial"/>
                <w:sz w:val="20"/>
                <w:lang w:val="fr-FR"/>
              </w:rPr>
              <w:tab/>
            </w:r>
            <w:r>
              <w:rPr>
                <w:rFonts w:ascii="Arial" w:hAnsi="Arial" w:cs="Arial"/>
                <w:b/>
                <w:sz w:val="20"/>
              </w:rPr>
              <w:fldChar w:fldCharType="begin">
                <w:ffData>
                  <w:name w:val=""/>
                  <w:enabled/>
                  <w:calcOnExit w:val="0"/>
                  <w:checkBox>
                    <w:sizeAuto/>
                    <w:default w:val="1"/>
                  </w:checkBox>
                </w:ffData>
              </w:fldChar>
            </w:r>
            <w:r w:rsidRPr="00876315">
              <w:rPr>
                <w:rFonts w:ascii="Arial" w:hAnsi="Arial" w:cs="Arial"/>
                <w:b/>
                <w:sz w:val="20"/>
                <w:lang w:val="fr-FR"/>
              </w:rPr>
              <w:instrText xml:space="preserve"> FORMCHECKBOX </w:instrText>
            </w:r>
            <w:r w:rsidR="005A20DC">
              <w:rPr>
                <w:rFonts w:ascii="Arial" w:hAnsi="Arial" w:cs="Arial"/>
                <w:b/>
                <w:sz w:val="20"/>
              </w:rPr>
            </w:r>
            <w:r w:rsidR="005A20DC">
              <w:rPr>
                <w:rFonts w:ascii="Arial" w:hAnsi="Arial" w:cs="Arial"/>
                <w:b/>
                <w:sz w:val="20"/>
              </w:rPr>
              <w:fldChar w:fldCharType="separate"/>
            </w:r>
            <w:r>
              <w:rPr>
                <w:rFonts w:ascii="Arial" w:hAnsi="Arial" w:cs="Arial"/>
                <w:b/>
                <w:sz w:val="20"/>
              </w:rPr>
              <w:fldChar w:fldCharType="end"/>
            </w:r>
            <w:r w:rsidRPr="00876315">
              <w:rPr>
                <w:rFonts w:ascii="Arial" w:hAnsi="Arial" w:cs="Arial"/>
                <w:b/>
                <w:sz w:val="20"/>
                <w:lang w:val="fr-FR"/>
              </w:rPr>
              <w:t xml:space="preserve"> </w:t>
            </w:r>
            <w:r w:rsidRPr="00876315">
              <w:rPr>
                <w:rFonts w:ascii="Arial" w:hAnsi="Arial" w:cs="Arial"/>
                <w:sz w:val="20"/>
                <w:lang w:val="fr-FR"/>
              </w:rPr>
              <w:t>Assurer la maintenance corrective ou évolutive d’une solution applicative</w:t>
            </w:r>
          </w:p>
          <w:p w:rsidR="00876315" w:rsidRPr="001C04B4" w:rsidRDefault="00876315" w:rsidP="0065453A">
            <w:pPr>
              <w:tabs>
                <w:tab w:val="left" w:pos="1135"/>
              </w:tabs>
              <w:spacing w:after="120"/>
              <w:rPr>
                <w:rFonts w:ascii="Arial" w:hAnsi="Arial" w:cs="Arial"/>
                <w:sz w:val="20"/>
              </w:rPr>
            </w:pPr>
            <w:r w:rsidRPr="00876315">
              <w:rPr>
                <w:rFonts w:ascii="Arial" w:hAnsi="Arial" w:cs="Arial"/>
                <w:sz w:val="20"/>
                <w:lang w:val="fr-FR"/>
              </w:rPr>
              <w:tab/>
            </w: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5A20DC">
              <w:rPr>
                <w:rFonts w:ascii="Arial" w:hAnsi="Arial" w:cs="Arial"/>
                <w:b/>
                <w:sz w:val="20"/>
              </w:rPr>
            </w:r>
            <w:r w:rsidR="005A20DC">
              <w:rPr>
                <w:rFonts w:ascii="Arial" w:hAnsi="Arial" w:cs="Arial"/>
                <w:b/>
                <w:sz w:val="20"/>
              </w:rPr>
              <w:fldChar w:fldCharType="separate"/>
            </w:r>
            <w:r>
              <w:rPr>
                <w:rFonts w:ascii="Arial" w:hAnsi="Arial" w:cs="Arial"/>
                <w:b/>
                <w:sz w:val="20"/>
              </w:rPr>
              <w:fldChar w:fldCharType="end"/>
            </w:r>
            <w:r w:rsidRPr="001C04B4">
              <w:rPr>
                <w:rFonts w:ascii="Arial" w:hAnsi="Arial" w:cs="Arial"/>
                <w:b/>
                <w:sz w:val="20"/>
              </w:rPr>
              <w:t xml:space="preserve"> </w:t>
            </w:r>
            <w:proofErr w:type="spellStart"/>
            <w:r>
              <w:rPr>
                <w:rFonts w:ascii="Arial" w:hAnsi="Arial" w:cs="Arial"/>
                <w:sz w:val="20"/>
              </w:rPr>
              <w:t>G</w:t>
            </w:r>
            <w:r w:rsidRPr="0085097A">
              <w:rPr>
                <w:rFonts w:ascii="Arial" w:hAnsi="Arial" w:cs="Arial"/>
                <w:sz w:val="20"/>
              </w:rPr>
              <w:t>érer</w:t>
            </w:r>
            <w:proofErr w:type="spellEnd"/>
            <w:r w:rsidRPr="0085097A">
              <w:rPr>
                <w:rFonts w:ascii="Arial" w:hAnsi="Arial" w:cs="Arial"/>
                <w:sz w:val="20"/>
              </w:rPr>
              <w:t xml:space="preserve"> les </w:t>
            </w:r>
            <w:proofErr w:type="spellStart"/>
            <w:r w:rsidRPr="0085097A">
              <w:rPr>
                <w:rFonts w:ascii="Arial" w:hAnsi="Arial" w:cs="Arial"/>
                <w:sz w:val="20"/>
              </w:rPr>
              <w:t>données</w:t>
            </w:r>
            <w:proofErr w:type="spellEnd"/>
          </w:p>
        </w:tc>
      </w:tr>
      <w:tr w:rsidR="00876315" w:rsidRPr="00C1556A" w:rsidTr="0065453A">
        <w:trPr>
          <w:cantSplit/>
          <w:trHeight w:val="1077"/>
        </w:trPr>
        <w:tc>
          <w:tcPr>
            <w:tcW w:w="9923" w:type="dxa"/>
            <w:gridSpan w:val="4"/>
            <w:tcBorders>
              <w:top w:val="single" w:sz="4" w:space="0" w:color="auto"/>
              <w:left w:val="single" w:sz="4" w:space="0" w:color="auto"/>
              <w:bottom w:val="single" w:sz="4" w:space="0" w:color="auto"/>
              <w:right w:val="single" w:sz="4" w:space="0" w:color="auto"/>
            </w:tcBorders>
          </w:tcPr>
          <w:p w:rsidR="00876315" w:rsidRPr="00876315" w:rsidRDefault="00876315" w:rsidP="0065453A">
            <w:pPr>
              <w:snapToGrid w:val="0"/>
              <w:jc w:val="both"/>
              <w:rPr>
                <w:rFonts w:ascii="Arial" w:hAnsi="Arial" w:cs="Arial"/>
                <w:b/>
                <w:bCs/>
                <w:sz w:val="20"/>
                <w:szCs w:val="20"/>
                <w:lang w:val="fr-FR"/>
              </w:rPr>
            </w:pPr>
            <w:r w:rsidRPr="00876315">
              <w:rPr>
                <w:rFonts w:ascii="Arial" w:hAnsi="Arial" w:cs="Arial"/>
                <w:b/>
                <w:bCs/>
                <w:sz w:val="20"/>
                <w:szCs w:val="20"/>
                <w:lang w:val="fr-FR"/>
              </w:rPr>
              <w:t>Conditions de réalisation</w:t>
            </w:r>
            <w:r w:rsidRPr="2AE8524A">
              <w:rPr>
                <w:rStyle w:val="Appelnotedebasdep"/>
                <w:rFonts w:ascii="Arial" w:hAnsi="Arial" w:cs="Arial"/>
                <w:b/>
                <w:bCs/>
                <w:sz w:val="20"/>
                <w:szCs w:val="20"/>
              </w:rPr>
              <w:footnoteReference w:id="1"/>
            </w:r>
            <w:r w:rsidRPr="00876315">
              <w:rPr>
                <w:rFonts w:ascii="Arial" w:hAnsi="Arial" w:cs="Arial"/>
                <w:b/>
                <w:bCs/>
                <w:sz w:val="20"/>
                <w:szCs w:val="20"/>
                <w:lang w:val="fr-FR"/>
              </w:rPr>
              <w:t xml:space="preserve"> (ressources fournies, résultats attendus)</w:t>
            </w:r>
          </w:p>
          <w:p w:rsidR="00876315" w:rsidRPr="00876315" w:rsidRDefault="00876315" w:rsidP="0065453A">
            <w:pPr>
              <w:pStyle w:val="Titre9"/>
              <w:tabs>
                <w:tab w:val="left" w:pos="0"/>
              </w:tabs>
              <w:snapToGrid w:val="0"/>
              <w:spacing w:before="0"/>
              <w:rPr>
                <w:bCs/>
                <w:szCs w:val="24"/>
                <w:lang w:val="fr-FR"/>
              </w:rPr>
            </w:pPr>
          </w:p>
          <w:p w:rsidR="00876315" w:rsidRPr="00876315" w:rsidRDefault="00876315" w:rsidP="0065453A">
            <w:pPr>
              <w:rPr>
                <w:rFonts w:ascii="Arial" w:hAnsi="Arial" w:cs="Arial"/>
                <w:sz w:val="20"/>
                <w:lang w:val="fr-FR"/>
              </w:rPr>
            </w:pPr>
            <w:r w:rsidRPr="00876315">
              <w:rPr>
                <w:rFonts w:ascii="Arial" w:hAnsi="Arial" w:cs="Arial"/>
                <w:b/>
                <w:bCs/>
                <w:sz w:val="20"/>
                <w:lang w:val="fr-FR"/>
              </w:rPr>
              <w:t>• Ressources fournies :</w:t>
            </w:r>
          </w:p>
          <w:p w:rsidR="00876315" w:rsidRPr="00876315" w:rsidRDefault="00876315" w:rsidP="00876315">
            <w:pPr>
              <w:spacing w:after="0" w:line="240" w:lineRule="auto"/>
              <w:rPr>
                <w:rFonts w:ascii="Times New Roman" w:eastAsia="Times New Roman" w:hAnsi="Times New Roman" w:cs="Times New Roman"/>
                <w:sz w:val="24"/>
                <w:szCs w:val="24"/>
                <w:lang w:val="fr-FR" w:eastAsia="fr-FR"/>
              </w:rPr>
            </w:pPr>
            <w:r>
              <w:rPr>
                <w:rFonts w:ascii="Times New Roman" w:eastAsia="Times New Roman" w:hAnsi="Symbol" w:cs="Times New Roman"/>
                <w:sz w:val="24"/>
                <w:szCs w:val="24"/>
                <w:lang w:val="fr-FR" w:eastAsia="fr-FR"/>
              </w:rPr>
              <w:t>-</w:t>
            </w:r>
            <w:r w:rsidRPr="00876315">
              <w:rPr>
                <w:rFonts w:ascii="Times New Roman" w:eastAsia="Times New Roman" w:hAnsi="Times New Roman" w:cs="Times New Roman"/>
                <w:sz w:val="24"/>
                <w:szCs w:val="24"/>
                <w:lang w:val="fr-FR" w:eastAsia="fr-FR"/>
              </w:rPr>
              <w:t xml:space="preserve">Sujet GSB – Application </w:t>
            </w:r>
            <w:r w:rsidR="00CF223E">
              <w:rPr>
                <w:rFonts w:ascii="Times New Roman" w:eastAsia="Times New Roman" w:hAnsi="Times New Roman" w:cs="Times New Roman"/>
                <w:sz w:val="24"/>
                <w:szCs w:val="24"/>
                <w:lang w:val="fr-FR" w:eastAsia="fr-FR"/>
              </w:rPr>
              <w:t>Gestion des visites</w:t>
            </w:r>
            <w:r w:rsidRPr="00876315">
              <w:rPr>
                <w:rFonts w:ascii="Times New Roman" w:eastAsia="Times New Roman" w:hAnsi="Times New Roman" w:cs="Times New Roman"/>
                <w:sz w:val="24"/>
                <w:szCs w:val="24"/>
                <w:lang w:val="fr-FR" w:eastAsia="fr-FR"/>
              </w:rPr>
              <w:t xml:space="preserve"> </w:t>
            </w:r>
          </w:p>
          <w:p w:rsidR="00876315" w:rsidRPr="00876315" w:rsidRDefault="00876315" w:rsidP="00876315">
            <w:pPr>
              <w:spacing w:after="0" w:line="240" w:lineRule="auto"/>
              <w:rPr>
                <w:rFonts w:ascii="Times New Roman" w:eastAsia="Times New Roman" w:hAnsi="Times New Roman" w:cs="Times New Roman"/>
                <w:sz w:val="24"/>
                <w:szCs w:val="24"/>
                <w:lang w:val="fr-FR" w:eastAsia="fr-FR"/>
              </w:rPr>
            </w:pPr>
            <w:r>
              <w:rPr>
                <w:rFonts w:ascii="Times New Roman" w:eastAsia="Times New Roman" w:hAnsi="Symbol" w:cs="Times New Roman"/>
                <w:sz w:val="24"/>
                <w:szCs w:val="24"/>
                <w:lang w:val="fr-FR" w:eastAsia="fr-FR"/>
              </w:rPr>
              <w:t>-</w:t>
            </w:r>
            <w:r w:rsidRPr="00876315">
              <w:rPr>
                <w:rFonts w:ascii="Times New Roman" w:eastAsia="Times New Roman" w:hAnsi="Times New Roman" w:cs="Times New Roman"/>
                <w:sz w:val="24"/>
                <w:szCs w:val="24"/>
                <w:lang w:val="fr-FR" w:eastAsia="fr-FR"/>
              </w:rPr>
              <w:t xml:space="preserve">Cahier des charges fonctionnel et technique </w:t>
            </w:r>
          </w:p>
          <w:p w:rsidR="00876315" w:rsidRDefault="00876315" w:rsidP="00876315">
            <w:pPr>
              <w:rPr>
                <w:rFonts w:ascii="Times New Roman" w:eastAsia="Times New Roman" w:hAnsi="Times New Roman" w:cs="Times New Roman"/>
                <w:sz w:val="24"/>
                <w:szCs w:val="24"/>
                <w:lang w:val="fr-FR" w:eastAsia="fr-FR"/>
              </w:rPr>
            </w:pPr>
            <w:r>
              <w:rPr>
                <w:rFonts w:ascii="Times New Roman" w:eastAsia="Times New Roman" w:hAnsi="Symbol" w:cs="Times New Roman"/>
                <w:sz w:val="24"/>
                <w:szCs w:val="24"/>
                <w:lang w:val="fr-FR" w:eastAsia="fr-FR"/>
              </w:rPr>
              <w:t>-</w:t>
            </w:r>
            <w:r w:rsidRPr="00876315">
              <w:rPr>
                <w:rFonts w:ascii="Times New Roman" w:eastAsia="Times New Roman" w:hAnsi="Times New Roman" w:cs="Times New Roman"/>
                <w:sz w:val="24"/>
                <w:szCs w:val="24"/>
                <w:lang w:val="fr-FR" w:eastAsia="fr-FR"/>
              </w:rPr>
              <w:t>Indications particulières relatives au sujet</w:t>
            </w:r>
          </w:p>
          <w:p w:rsidR="00876315" w:rsidRPr="00876315" w:rsidRDefault="00876315" w:rsidP="00876315">
            <w:pPr>
              <w:rPr>
                <w:rFonts w:ascii="Arial" w:hAnsi="Arial" w:cs="Arial"/>
                <w:sz w:val="20"/>
                <w:lang w:val="fr-FR"/>
              </w:rPr>
            </w:pPr>
            <w:r w:rsidRPr="00876315">
              <w:rPr>
                <w:rFonts w:ascii="Arial" w:hAnsi="Arial" w:cs="Arial"/>
                <w:b/>
                <w:bCs/>
                <w:sz w:val="20"/>
                <w:lang w:val="fr-FR"/>
              </w:rPr>
              <w:t>• Résultats attendus :</w:t>
            </w:r>
          </w:p>
          <w:p w:rsidR="00876315" w:rsidRPr="00876315" w:rsidRDefault="00876315" w:rsidP="00876315">
            <w:pPr>
              <w:spacing w:after="0" w:line="240" w:lineRule="auto"/>
              <w:rPr>
                <w:rFonts w:ascii="Times New Roman" w:eastAsia="Times New Roman" w:hAnsi="Times New Roman" w:cs="Times New Roman"/>
                <w:sz w:val="24"/>
                <w:szCs w:val="24"/>
                <w:lang w:val="fr-FR" w:eastAsia="fr-FR"/>
              </w:rPr>
            </w:pPr>
            <w:r>
              <w:rPr>
                <w:rFonts w:ascii="Times New Roman" w:eastAsia="Times New Roman" w:hAnsi="Symbol" w:cs="Times New Roman"/>
                <w:sz w:val="24"/>
                <w:szCs w:val="24"/>
                <w:lang w:val="fr-FR" w:eastAsia="fr-FR"/>
              </w:rPr>
              <w:t>-</w:t>
            </w:r>
            <w:r w:rsidRPr="00876315">
              <w:rPr>
                <w:rFonts w:ascii="Times New Roman" w:eastAsia="Times New Roman" w:hAnsi="Times New Roman" w:cs="Times New Roman"/>
                <w:sz w:val="24"/>
                <w:szCs w:val="24"/>
                <w:lang w:val="fr-FR" w:eastAsia="fr-FR"/>
              </w:rPr>
              <w:t xml:space="preserve">Application web fonctionnelle respectant les fonctionnalités du cahier des charges </w:t>
            </w:r>
          </w:p>
          <w:p w:rsidR="00876315" w:rsidRPr="00876315" w:rsidRDefault="00876315" w:rsidP="00876315">
            <w:pPr>
              <w:spacing w:after="0" w:line="240" w:lineRule="auto"/>
              <w:rPr>
                <w:rFonts w:ascii="Times New Roman" w:eastAsia="Times New Roman" w:hAnsi="Times New Roman" w:cs="Times New Roman"/>
                <w:sz w:val="24"/>
                <w:szCs w:val="24"/>
                <w:lang w:val="fr-FR" w:eastAsia="fr-FR"/>
              </w:rPr>
            </w:pPr>
            <w:r>
              <w:rPr>
                <w:rFonts w:ascii="Times New Roman" w:eastAsia="Times New Roman" w:hAnsi="Symbol" w:cs="Times New Roman"/>
                <w:sz w:val="24"/>
                <w:szCs w:val="24"/>
                <w:lang w:val="fr-FR" w:eastAsia="fr-FR"/>
              </w:rPr>
              <w:t>-</w:t>
            </w:r>
            <w:r w:rsidRPr="00876315">
              <w:rPr>
                <w:rFonts w:ascii="Times New Roman" w:eastAsia="Times New Roman" w:hAnsi="Times New Roman" w:cs="Times New Roman"/>
                <w:sz w:val="24"/>
                <w:szCs w:val="24"/>
                <w:lang w:val="fr-FR" w:eastAsia="fr-FR"/>
              </w:rPr>
              <w:t xml:space="preserve">Modélisation de la base de données (MCD, MLD) </w:t>
            </w:r>
          </w:p>
          <w:p w:rsidR="00876315" w:rsidRPr="00876315" w:rsidRDefault="00876315" w:rsidP="00876315">
            <w:pPr>
              <w:spacing w:after="0" w:line="240" w:lineRule="auto"/>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w:t>
            </w:r>
            <w:r w:rsidRPr="00876315">
              <w:rPr>
                <w:rFonts w:ascii="Times New Roman" w:eastAsia="Times New Roman" w:hAnsi="Times New Roman" w:cs="Times New Roman"/>
                <w:sz w:val="24"/>
                <w:szCs w:val="24"/>
                <w:lang w:val="fr-FR" w:eastAsia="fr-FR"/>
              </w:rPr>
              <w:t xml:space="preserve">Modélisation UML de l'application </w:t>
            </w:r>
          </w:p>
          <w:p w:rsidR="00876315" w:rsidRPr="00876315" w:rsidRDefault="00876315" w:rsidP="00876315">
            <w:pPr>
              <w:rPr>
                <w:rFonts w:ascii="Arial" w:hAnsi="Arial" w:cs="Arial"/>
                <w:sz w:val="20"/>
                <w:lang w:val="fr-FR"/>
              </w:rPr>
            </w:pPr>
            <w:r>
              <w:rPr>
                <w:rFonts w:ascii="Times New Roman" w:eastAsia="Times New Roman" w:hAnsi="Symbol" w:cs="Times New Roman"/>
                <w:sz w:val="24"/>
                <w:szCs w:val="24"/>
                <w:lang w:val="fr-FR" w:eastAsia="fr-FR"/>
              </w:rPr>
              <w:t>-</w:t>
            </w:r>
            <w:r w:rsidRPr="00876315">
              <w:rPr>
                <w:rFonts w:ascii="Times New Roman" w:eastAsia="Times New Roman" w:hAnsi="Times New Roman" w:cs="Times New Roman"/>
                <w:sz w:val="24"/>
                <w:szCs w:val="24"/>
                <w:lang w:val="fr-FR" w:eastAsia="fr-FR"/>
              </w:rPr>
              <w:t>Maquette des interfaces homme-machine (IHM)</w:t>
            </w:r>
          </w:p>
          <w:p w:rsidR="00876315" w:rsidRPr="00876315" w:rsidRDefault="00876315" w:rsidP="0065453A">
            <w:pPr>
              <w:rPr>
                <w:rFonts w:ascii="Arial" w:hAnsi="Arial" w:cs="Arial"/>
                <w:sz w:val="20"/>
                <w:lang w:val="fr-FR"/>
              </w:rPr>
            </w:pPr>
          </w:p>
          <w:p w:rsidR="00876315" w:rsidRPr="00876315" w:rsidRDefault="00876315" w:rsidP="0065453A">
            <w:pPr>
              <w:rPr>
                <w:rFonts w:ascii="Arial" w:hAnsi="Arial" w:cs="Arial"/>
                <w:sz w:val="20"/>
                <w:lang w:val="fr-FR"/>
              </w:rPr>
            </w:pPr>
          </w:p>
          <w:p w:rsidR="00876315" w:rsidRPr="00876315" w:rsidRDefault="00876315" w:rsidP="0065453A">
            <w:pPr>
              <w:rPr>
                <w:rFonts w:ascii="Arial" w:hAnsi="Arial" w:cs="Arial"/>
                <w:sz w:val="20"/>
                <w:lang w:val="fr-FR"/>
              </w:rPr>
            </w:pPr>
          </w:p>
        </w:tc>
      </w:tr>
      <w:tr w:rsidR="00876315" w:rsidRPr="00C1556A" w:rsidTr="0065453A">
        <w:trPr>
          <w:cantSplit/>
          <w:trHeight w:val="1077"/>
        </w:trPr>
        <w:tc>
          <w:tcPr>
            <w:tcW w:w="9923" w:type="dxa"/>
            <w:gridSpan w:val="4"/>
            <w:tcBorders>
              <w:top w:val="single" w:sz="4" w:space="0" w:color="auto"/>
              <w:left w:val="single" w:sz="4" w:space="0" w:color="auto"/>
              <w:bottom w:val="single" w:sz="4" w:space="0" w:color="auto"/>
              <w:right w:val="single" w:sz="4" w:space="0" w:color="auto"/>
            </w:tcBorders>
          </w:tcPr>
          <w:p w:rsidR="00876315" w:rsidRPr="00876315" w:rsidRDefault="00876315" w:rsidP="0065453A">
            <w:pPr>
              <w:snapToGrid w:val="0"/>
              <w:jc w:val="both"/>
              <w:rPr>
                <w:rFonts w:ascii="Arial" w:hAnsi="Arial" w:cs="Arial"/>
                <w:b/>
                <w:sz w:val="20"/>
                <w:lang w:val="fr-FR"/>
              </w:rPr>
            </w:pPr>
            <w:r w:rsidRPr="00876315">
              <w:rPr>
                <w:rFonts w:ascii="Arial" w:hAnsi="Arial" w:cs="Arial"/>
                <w:b/>
                <w:sz w:val="20"/>
                <w:lang w:val="fr-FR"/>
              </w:rPr>
              <w:lastRenderedPageBreak/>
              <w:t>Description des ressources documentaires, matérielles et logicielles utilisées</w:t>
            </w:r>
            <w:r w:rsidRPr="001C04B4">
              <w:rPr>
                <w:rStyle w:val="Appelnotedebasdep"/>
                <w:rFonts w:ascii="Arial" w:hAnsi="Arial" w:cs="Arial"/>
                <w:b/>
                <w:sz w:val="20"/>
              </w:rPr>
              <w:footnoteReference w:id="2"/>
            </w:r>
          </w:p>
          <w:p w:rsidR="00876315" w:rsidRPr="00876315" w:rsidRDefault="00876315" w:rsidP="0065453A">
            <w:pPr>
              <w:snapToGrid w:val="0"/>
              <w:jc w:val="both"/>
              <w:rPr>
                <w:rFonts w:ascii="Arial" w:hAnsi="Arial" w:cs="Arial"/>
                <w:bCs/>
                <w:sz w:val="20"/>
                <w:lang w:val="fr-FR"/>
              </w:rPr>
            </w:pPr>
          </w:p>
          <w:p w:rsidR="00876315" w:rsidRPr="00876315" w:rsidRDefault="00876315" w:rsidP="0065453A">
            <w:pPr>
              <w:snapToGrid w:val="0"/>
              <w:jc w:val="both"/>
              <w:rPr>
                <w:rFonts w:ascii="Arial" w:hAnsi="Arial" w:cs="Arial"/>
                <w:bCs/>
                <w:sz w:val="20"/>
                <w:lang w:val="fr-FR"/>
              </w:rPr>
            </w:pPr>
            <w:r w:rsidRPr="00876315">
              <w:rPr>
                <w:rFonts w:ascii="Arial" w:hAnsi="Arial" w:cs="Arial"/>
                <w:bCs/>
                <w:sz w:val="20"/>
                <w:lang w:val="fr-FR"/>
              </w:rPr>
              <w:t xml:space="preserve">1) Système de Gestion de Base de Données (SGBD) </w:t>
            </w:r>
          </w:p>
          <w:p w:rsidR="00876315" w:rsidRPr="00876315" w:rsidRDefault="00876315" w:rsidP="0065453A">
            <w:pPr>
              <w:snapToGrid w:val="0"/>
              <w:jc w:val="both"/>
              <w:rPr>
                <w:rFonts w:ascii="Arial" w:hAnsi="Arial" w:cs="Arial"/>
                <w:bCs/>
                <w:sz w:val="20"/>
                <w:lang w:val="fr-FR"/>
              </w:rPr>
            </w:pPr>
          </w:p>
          <w:p w:rsidR="00876315" w:rsidRPr="00876315" w:rsidRDefault="00876315" w:rsidP="00876315">
            <w:pPr>
              <w:suppressAutoHyphens/>
              <w:snapToGrid w:val="0"/>
              <w:spacing w:after="0" w:line="240" w:lineRule="auto"/>
              <w:jc w:val="both"/>
              <w:rPr>
                <w:rFonts w:ascii="Arial" w:hAnsi="Arial" w:cs="Arial"/>
                <w:bCs/>
                <w:sz w:val="20"/>
                <w:lang w:val="fr-FR"/>
              </w:rPr>
            </w:pPr>
            <w:r>
              <w:rPr>
                <w:rFonts w:ascii="Arial" w:hAnsi="Arial" w:cs="Arial"/>
                <w:bCs/>
                <w:sz w:val="20"/>
                <w:lang w:val="fr-FR"/>
              </w:rPr>
              <w:t>-</w:t>
            </w:r>
            <w:r w:rsidRPr="00876315">
              <w:rPr>
                <w:rFonts w:ascii="Arial" w:hAnsi="Arial" w:cs="Arial"/>
                <w:bCs/>
                <w:sz w:val="20"/>
                <w:lang w:val="fr-FR"/>
              </w:rPr>
              <w:t xml:space="preserve">PHPMyAdmin 5.2.3 : </w:t>
            </w:r>
            <w:hyperlink r:id="rId8" w:history="1">
              <w:r w:rsidRPr="00876315">
                <w:rPr>
                  <w:rStyle w:val="Lienhypertexte"/>
                  <w:rFonts w:ascii="Arial" w:hAnsi="Arial" w:cs="Arial"/>
                  <w:bCs/>
                  <w:sz w:val="20"/>
                  <w:lang w:val="fr-FR"/>
                </w:rPr>
                <w:t>https://docs.phpmyadmin.net/en/latest/</w:t>
              </w:r>
            </w:hyperlink>
          </w:p>
          <w:p w:rsidR="00876315" w:rsidRPr="00876315" w:rsidRDefault="00876315" w:rsidP="00876315">
            <w:pPr>
              <w:suppressAutoHyphens/>
              <w:snapToGrid w:val="0"/>
              <w:spacing w:after="0" w:line="240" w:lineRule="auto"/>
              <w:jc w:val="both"/>
              <w:rPr>
                <w:rFonts w:ascii="Arial" w:hAnsi="Arial" w:cs="Arial"/>
                <w:bCs/>
                <w:sz w:val="20"/>
                <w:lang w:val="fr-FR"/>
              </w:rPr>
            </w:pPr>
            <w:r>
              <w:rPr>
                <w:rFonts w:ascii="Arial" w:hAnsi="Arial" w:cs="Arial"/>
                <w:bCs/>
                <w:sz w:val="20"/>
                <w:lang w:val="fr-FR"/>
              </w:rPr>
              <w:t>-</w:t>
            </w:r>
            <w:r w:rsidRPr="00876315">
              <w:rPr>
                <w:rFonts w:ascii="Arial" w:hAnsi="Arial" w:cs="Arial"/>
                <w:bCs/>
                <w:sz w:val="20"/>
                <w:lang w:val="fr-FR"/>
              </w:rPr>
              <w:t xml:space="preserve">MySQL 8.0.46 : </w:t>
            </w:r>
            <w:hyperlink r:id="rId9" w:history="1">
              <w:r w:rsidRPr="00876315">
                <w:rPr>
                  <w:rStyle w:val="Lienhypertexte"/>
                  <w:rFonts w:ascii="Arial" w:hAnsi="Arial" w:cs="Arial"/>
                  <w:bCs/>
                  <w:sz w:val="20"/>
                  <w:lang w:val="fr-FR"/>
                </w:rPr>
                <w:t>https://dev.mysql.com/doc/relnotes/mysql/8.0/en</w:t>
              </w:r>
            </w:hyperlink>
          </w:p>
          <w:p w:rsidR="00876315" w:rsidRPr="00876315" w:rsidRDefault="00876315" w:rsidP="0065453A">
            <w:pPr>
              <w:snapToGrid w:val="0"/>
              <w:jc w:val="both"/>
              <w:rPr>
                <w:rFonts w:ascii="Arial" w:hAnsi="Arial" w:cs="Arial"/>
                <w:bCs/>
                <w:sz w:val="20"/>
                <w:lang w:val="fr-FR"/>
              </w:rPr>
            </w:pPr>
          </w:p>
          <w:p w:rsidR="00876315" w:rsidRPr="00876315" w:rsidRDefault="00876315" w:rsidP="0065453A">
            <w:pPr>
              <w:snapToGrid w:val="0"/>
              <w:jc w:val="both"/>
              <w:rPr>
                <w:rFonts w:ascii="Arial" w:hAnsi="Arial" w:cs="Arial"/>
                <w:bCs/>
                <w:sz w:val="20"/>
                <w:lang w:val="fr-FR"/>
              </w:rPr>
            </w:pPr>
            <w:r w:rsidRPr="00876315">
              <w:rPr>
                <w:rFonts w:ascii="Arial" w:hAnsi="Arial" w:cs="Arial"/>
                <w:bCs/>
                <w:sz w:val="20"/>
                <w:lang w:val="fr-FR"/>
              </w:rPr>
              <w:t>2) Environnements de Développements et Ou</w:t>
            </w:r>
            <w:r w:rsidR="00C77B3D">
              <w:rPr>
                <w:rFonts w:ascii="Arial" w:hAnsi="Arial" w:cs="Arial"/>
                <w:bCs/>
                <w:sz w:val="20"/>
                <w:lang w:val="fr-FR"/>
              </w:rPr>
              <w:t>tils</w:t>
            </w:r>
          </w:p>
          <w:p w:rsidR="00876315" w:rsidRDefault="00876315" w:rsidP="00876315">
            <w:pPr>
              <w:suppressAutoHyphens/>
              <w:snapToGrid w:val="0"/>
              <w:spacing w:after="0" w:line="240" w:lineRule="auto"/>
              <w:jc w:val="both"/>
              <w:rPr>
                <w:rFonts w:ascii="Arial" w:hAnsi="Arial" w:cs="Arial"/>
                <w:bCs/>
                <w:sz w:val="20"/>
                <w:lang w:val="fr-FR"/>
              </w:rPr>
            </w:pPr>
            <w:r w:rsidRPr="00876315">
              <w:rPr>
                <w:rFonts w:ascii="Arial" w:hAnsi="Arial" w:cs="Arial"/>
                <w:bCs/>
                <w:sz w:val="20"/>
                <w:lang w:val="fr-FR"/>
              </w:rPr>
              <w:t>-</w:t>
            </w:r>
            <w:proofErr w:type="spellStart"/>
            <w:r w:rsidRPr="00876315">
              <w:rPr>
                <w:rFonts w:ascii="Arial" w:hAnsi="Arial" w:cs="Arial"/>
                <w:bCs/>
                <w:sz w:val="20"/>
                <w:lang w:val="fr-FR"/>
              </w:rPr>
              <w:t>VSCode</w:t>
            </w:r>
            <w:proofErr w:type="spellEnd"/>
            <w:r w:rsidRPr="00876315">
              <w:rPr>
                <w:rFonts w:ascii="Arial" w:hAnsi="Arial" w:cs="Arial"/>
                <w:bCs/>
                <w:sz w:val="20"/>
                <w:lang w:val="fr-FR"/>
              </w:rPr>
              <w:t> : Utilisé pour le développement et les extensions PHP, HTML, CSS</w:t>
            </w:r>
          </w:p>
          <w:p w:rsidR="00C77B3D" w:rsidRPr="00876315" w:rsidRDefault="00C77B3D" w:rsidP="00876315">
            <w:pPr>
              <w:suppressAutoHyphens/>
              <w:snapToGrid w:val="0"/>
              <w:spacing w:after="0" w:line="240" w:lineRule="auto"/>
              <w:jc w:val="both"/>
              <w:rPr>
                <w:rFonts w:ascii="Arial" w:hAnsi="Arial" w:cs="Arial"/>
                <w:bCs/>
                <w:sz w:val="20"/>
                <w:lang w:val="fr-FR"/>
              </w:rPr>
            </w:pPr>
            <w:r>
              <w:rPr>
                <w:rFonts w:ascii="Arial" w:hAnsi="Arial" w:cs="Arial"/>
                <w:bCs/>
                <w:sz w:val="20"/>
                <w:lang w:val="fr-FR"/>
              </w:rPr>
              <w:t>-Docker</w:t>
            </w:r>
          </w:p>
          <w:p w:rsidR="00876315" w:rsidRPr="00876315" w:rsidRDefault="00876315" w:rsidP="0065453A">
            <w:pPr>
              <w:snapToGrid w:val="0"/>
              <w:jc w:val="both"/>
              <w:rPr>
                <w:rFonts w:ascii="Arial" w:hAnsi="Arial" w:cs="Arial"/>
                <w:bCs/>
                <w:sz w:val="20"/>
                <w:lang w:val="fr-FR"/>
              </w:rPr>
            </w:pPr>
          </w:p>
          <w:p w:rsidR="00876315" w:rsidRPr="00876315" w:rsidRDefault="00876315" w:rsidP="0065453A">
            <w:pPr>
              <w:snapToGrid w:val="0"/>
              <w:jc w:val="both"/>
              <w:rPr>
                <w:rFonts w:ascii="Arial" w:hAnsi="Arial" w:cs="Arial"/>
                <w:bCs/>
                <w:sz w:val="20"/>
                <w:lang w:val="fr-FR"/>
              </w:rPr>
            </w:pPr>
            <w:r w:rsidRPr="00876315">
              <w:rPr>
                <w:rFonts w:ascii="Arial" w:hAnsi="Arial" w:cs="Arial"/>
                <w:bCs/>
                <w:sz w:val="20"/>
                <w:lang w:val="fr-FR"/>
              </w:rPr>
              <w:t xml:space="preserve">3) Serveur local interne </w:t>
            </w:r>
          </w:p>
          <w:p w:rsidR="00876315" w:rsidRPr="00C77B3D" w:rsidRDefault="00876315" w:rsidP="0065453A">
            <w:pPr>
              <w:snapToGrid w:val="0"/>
              <w:jc w:val="both"/>
              <w:rPr>
                <w:rFonts w:ascii="Arial" w:hAnsi="Arial" w:cs="Arial"/>
                <w:bCs/>
                <w:sz w:val="20"/>
                <w:lang w:val="fr-FR"/>
              </w:rPr>
            </w:pPr>
            <w:r>
              <w:rPr>
                <w:rFonts w:ascii="Arial" w:hAnsi="Arial" w:cs="Arial"/>
                <w:bCs/>
                <w:sz w:val="20"/>
                <w:lang w:val="fr-FR"/>
              </w:rPr>
              <w:t>-</w:t>
            </w:r>
            <w:r w:rsidR="00C77B3D" w:rsidRPr="00C77B3D">
              <w:rPr>
                <w:lang w:val="fr-FR"/>
              </w:rPr>
              <w:t xml:space="preserve"> Le serveur web est hébergé localement via Docker </w:t>
            </w:r>
          </w:p>
        </w:tc>
      </w:tr>
      <w:tr w:rsidR="00876315" w:rsidRPr="00C1556A" w:rsidTr="0065453A">
        <w:trPr>
          <w:cantSplit/>
          <w:trHeight w:val="850"/>
        </w:trPr>
        <w:tc>
          <w:tcPr>
            <w:tcW w:w="9923" w:type="dxa"/>
            <w:gridSpan w:val="4"/>
            <w:tcBorders>
              <w:top w:val="single" w:sz="4" w:space="0" w:color="auto"/>
              <w:left w:val="single" w:sz="4" w:space="0" w:color="auto"/>
              <w:bottom w:val="single" w:sz="4" w:space="0" w:color="auto"/>
              <w:right w:val="single" w:sz="4" w:space="0" w:color="auto"/>
            </w:tcBorders>
          </w:tcPr>
          <w:p w:rsidR="00876315" w:rsidRDefault="00876315" w:rsidP="0065453A">
            <w:pPr>
              <w:snapToGrid w:val="0"/>
              <w:jc w:val="both"/>
              <w:rPr>
                <w:rFonts w:ascii="Arial" w:hAnsi="Arial" w:cs="Arial"/>
                <w:b/>
                <w:sz w:val="20"/>
                <w:lang w:val="fr-FR"/>
              </w:rPr>
            </w:pPr>
            <w:r w:rsidRPr="00876315">
              <w:rPr>
                <w:rFonts w:ascii="Arial" w:hAnsi="Arial" w:cs="Arial"/>
                <w:b/>
                <w:sz w:val="20"/>
                <w:lang w:val="fr-FR"/>
              </w:rPr>
              <w:t>Modalités d’accès aux productions</w:t>
            </w:r>
            <w:r w:rsidRPr="005816B5">
              <w:rPr>
                <w:rFonts w:ascii="Arial" w:hAnsi="Arial" w:cs="Arial"/>
                <w:b/>
                <w:sz w:val="20"/>
                <w:vertAlign w:val="superscript"/>
              </w:rPr>
              <w:footnoteReference w:id="3"/>
            </w:r>
            <w:r w:rsidRPr="00876315">
              <w:rPr>
                <w:rFonts w:ascii="Arial" w:hAnsi="Arial" w:cs="Arial"/>
                <w:b/>
                <w:sz w:val="20"/>
                <w:lang w:val="fr-FR"/>
              </w:rPr>
              <w:t xml:space="preserve"> et à leur documentation</w:t>
            </w:r>
            <w:r w:rsidRPr="001C04B4">
              <w:rPr>
                <w:rFonts w:ascii="Arial" w:hAnsi="Arial" w:cs="Arial"/>
                <w:b/>
                <w:sz w:val="20"/>
                <w:vertAlign w:val="superscript"/>
              </w:rPr>
              <w:footnoteReference w:id="4"/>
            </w:r>
          </w:p>
          <w:p w:rsidR="00F037A4" w:rsidRPr="00F037A4" w:rsidRDefault="00F037A4" w:rsidP="0065453A">
            <w:pPr>
              <w:snapToGrid w:val="0"/>
              <w:jc w:val="both"/>
              <w:rPr>
                <w:rFonts w:ascii="Arial" w:hAnsi="Arial" w:cs="Arial"/>
                <w:b/>
                <w:sz w:val="20"/>
                <w:lang w:val="fr-FR"/>
              </w:rPr>
            </w:pPr>
            <w:r w:rsidRPr="00F037A4">
              <w:rPr>
                <w:lang w:val="fr-FR"/>
              </w:rPr>
              <w:t>https://github.com/saxhou9z/projet-GSB</w:t>
            </w:r>
          </w:p>
          <w:tbl>
            <w:tblPr>
              <w:tblStyle w:val="Grilledutableau"/>
              <w:tblW w:w="0" w:type="auto"/>
              <w:tblLayout w:type="fixed"/>
              <w:tblLook w:val="04A0" w:firstRow="1" w:lastRow="0" w:firstColumn="1" w:lastColumn="0" w:noHBand="0" w:noVBand="1"/>
            </w:tblPr>
            <w:tblGrid>
              <w:gridCol w:w="3301"/>
              <w:gridCol w:w="3301"/>
              <w:gridCol w:w="3301"/>
            </w:tblGrid>
            <w:tr w:rsidR="00876315" w:rsidTr="008E0EE9">
              <w:tc>
                <w:tcPr>
                  <w:tcW w:w="3301" w:type="dxa"/>
                </w:tcPr>
                <w:p w:rsidR="00876315" w:rsidRDefault="00876315" w:rsidP="0065453A">
                  <w:pPr>
                    <w:snapToGrid w:val="0"/>
                    <w:jc w:val="both"/>
                    <w:rPr>
                      <w:rFonts w:ascii="Arial" w:hAnsi="Arial" w:cs="Arial"/>
                      <w:bCs/>
                      <w:sz w:val="20"/>
                    </w:rPr>
                  </w:pPr>
                  <w:proofErr w:type="spellStart"/>
                  <w:r>
                    <w:rPr>
                      <w:rFonts w:ascii="Arial" w:hAnsi="Arial" w:cs="Arial"/>
                      <w:bCs/>
                      <w:sz w:val="20"/>
                      <w:szCs w:val="24"/>
                    </w:rPr>
                    <w:t>Identifiant</w:t>
                  </w:r>
                  <w:proofErr w:type="spellEnd"/>
                  <w:r>
                    <w:rPr>
                      <w:rFonts w:ascii="Arial" w:hAnsi="Arial" w:cs="Arial"/>
                      <w:bCs/>
                      <w:sz w:val="20"/>
                      <w:szCs w:val="24"/>
                    </w:rPr>
                    <w:t xml:space="preserve"> </w:t>
                  </w:r>
                </w:p>
              </w:tc>
              <w:tc>
                <w:tcPr>
                  <w:tcW w:w="3301" w:type="dxa"/>
                </w:tcPr>
                <w:p w:rsidR="00876315" w:rsidRDefault="00876315" w:rsidP="0065453A">
                  <w:pPr>
                    <w:snapToGrid w:val="0"/>
                    <w:jc w:val="both"/>
                    <w:rPr>
                      <w:rFonts w:ascii="Arial" w:hAnsi="Arial" w:cs="Arial"/>
                      <w:bCs/>
                      <w:sz w:val="20"/>
                    </w:rPr>
                  </w:pPr>
                  <w:r>
                    <w:rPr>
                      <w:rFonts w:ascii="Arial" w:hAnsi="Arial" w:cs="Arial"/>
                      <w:bCs/>
                      <w:sz w:val="20"/>
                    </w:rPr>
                    <w:t xml:space="preserve">Mot de </w:t>
                  </w:r>
                  <w:proofErr w:type="spellStart"/>
                  <w:r>
                    <w:rPr>
                      <w:rFonts w:ascii="Arial" w:hAnsi="Arial" w:cs="Arial"/>
                      <w:bCs/>
                      <w:sz w:val="20"/>
                    </w:rPr>
                    <w:t>passe</w:t>
                  </w:r>
                  <w:proofErr w:type="spellEnd"/>
                  <w:r>
                    <w:rPr>
                      <w:rFonts w:ascii="Arial" w:hAnsi="Arial" w:cs="Arial"/>
                      <w:bCs/>
                      <w:sz w:val="20"/>
                    </w:rPr>
                    <w:t xml:space="preserve"> </w:t>
                  </w:r>
                </w:p>
              </w:tc>
              <w:tc>
                <w:tcPr>
                  <w:tcW w:w="3301" w:type="dxa"/>
                </w:tcPr>
                <w:p w:rsidR="00876315" w:rsidRDefault="00876315" w:rsidP="0065453A">
                  <w:pPr>
                    <w:snapToGrid w:val="0"/>
                    <w:jc w:val="both"/>
                    <w:rPr>
                      <w:rFonts w:ascii="Arial" w:hAnsi="Arial" w:cs="Arial"/>
                      <w:bCs/>
                      <w:sz w:val="20"/>
                    </w:rPr>
                  </w:pPr>
                  <w:r>
                    <w:rPr>
                      <w:rFonts w:ascii="Arial" w:hAnsi="Arial" w:cs="Arial"/>
                      <w:bCs/>
                      <w:sz w:val="20"/>
                    </w:rPr>
                    <w:t>Description</w:t>
                  </w:r>
                </w:p>
              </w:tc>
            </w:tr>
            <w:tr w:rsidR="008E0EE9" w:rsidRPr="00C1556A" w:rsidTr="008E0EE9">
              <w:trPr>
                <w:trHeight w:val="1155"/>
              </w:trPr>
              <w:tc>
                <w:tcPr>
                  <w:tcW w:w="3301" w:type="dxa"/>
                </w:tcPr>
                <w:p w:rsidR="008E0EE9" w:rsidRDefault="00512555" w:rsidP="0065453A">
                  <w:pPr>
                    <w:snapToGrid w:val="0"/>
                    <w:jc w:val="both"/>
                    <w:rPr>
                      <w:rFonts w:ascii="Arial" w:hAnsi="Arial" w:cs="Arial"/>
                      <w:bCs/>
                      <w:sz w:val="20"/>
                    </w:rPr>
                  </w:pPr>
                  <w:r>
                    <w:t>marc.rousseau@gsb.fr</w:t>
                  </w:r>
                </w:p>
              </w:tc>
              <w:tc>
                <w:tcPr>
                  <w:tcW w:w="3301" w:type="dxa"/>
                </w:tcPr>
                <w:p w:rsidR="008E0EE9" w:rsidRDefault="00512555" w:rsidP="0065453A">
                  <w:pPr>
                    <w:snapToGrid w:val="0"/>
                    <w:jc w:val="both"/>
                    <w:rPr>
                      <w:rFonts w:ascii="Arial" w:hAnsi="Arial" w:cs="Arial"/>
                      <w:bCs/>
                      <w:sz w:val="20"/>
                    </w:rPr>
                  </w:pPr>
                  <w:r>
                    <w:rPr>
                      <w:rFonts w:ascii="Arial" w:hAnsi="Arial" w:cs="Arial"/>
                      <w:bCs/>
                      <w:sz w:val="20"/>
                    </w:rPr>
                    <w:t>c</w:t>
                  </w:r>
                  <w:r w:rsidR="008E0EE9">
                    <w:rPr>
                      <w:rFonts w:ascii="Arial" w:hAnsi="Arial" w:cs="Arial"/>
                      <w:bCs/>
                      <w:sz w:val="20"/>
                    </w:rPr>
                    <w:t>hef123</w:t>
                  </w:r>
                </w:p>
              </w:tc>
              <w:tc>
                <w:tcPr>
                  <w:tcW w:w="3301" w:type="dxa"/>
                </w:tcPr>
                <w:p w:rsidR="008E0EE9" w:rsidRPr="00CF223E" w:rsidRDefault="00CF223E" w:rsidP="0065453A">
                  <w:pPr>
                    <w:snapToGrid w:val="0"/>
                    <w:jc w:val="both"/>
                    <w:rPr>
                      <w:rFonts w:ascii="Arial" w:hAnsi="Arial" w:cs="Arial"/>
                      <w:bCs/>
                      <w:sz w:val="20"/>
                      <w:lang w:val="fr-FR"/>
                    </w:rPr>
                  </w:pPr>
                  <w:r w:rsidRPr="00CF223E">
                    <w:rPr>
                      <w:rStyle w:val="lev"/>
                      <w:lang w:val="fr-FR"/>
                    </w:rPr>
                    <w:t>Chef régional</w:t>
                  </w:r>
                  <w:r w:rsidRPr="00CF223E">
                    <w:rPr>
                      <w:lang w:val="fr-FR"/>
                    </w:rPr>
                    <w:t xml:space="preserve"> – accès complet : gestion des délégués et visiteurs, médicaments, professionnels de santé et tous les rendez-vous</w:t>
                  </w:r>
                  <w:r>
                    <w:rPr>
                      <w:lang w:val="fr-FR"/>
                    </w:rPr>
                    <w:t>.</w:t>
                  </w:r>
                </w:p>
              </w:tc>
            </w:tr>
            <w:tr w:rsidR="008E0EE9" w:rsidRPr="00C1556A" w:rsidTr="008E0EE9">
              <w:trPr>
                <w:trHeight w:val="1155"/>
              </w:trPr>
              <w:tc>
                <w:tcPr>
                  <w:tcW w:w="3301" w:type="dxa"/>
                </w:tcPr>
                <w:p w:rsidR="008E0EE9" w:rsidRDefault="008E0EE9" w:rsidP="0065453A">
                  <w:pPr>
                    <w:snapToGrid w:val="0"/>
                    <w:jc w:val="both"/>
                    <w:rPr>
                      <w:rFonts w:ascii="Arial" w:hAnsi="Arial" w:cs="Arial"/>
                      <w:bCs/>
                      <w:sz w:val="20"/>
                    </w:rPr>
                  </w:pPr>
                  <w:r>
                    <w:rPr>
                      <w:rFonts w:ascii="Arial" w:hAnsi="Arial" w:cs="Arial"/>
                      <w:color w:val="1A2535"/>
                      <w:shd w:val="clear" w:color="auto" w:fill="F5F0E8"/>
                    </w:rPr>
                    <w:t>p.laurent@gsb.fr</w:t>
                  </w:r>
                </w:p>
              </w:tc>
              <w:tc>
                <w:tcPr>
                  <w:tcW w:w="3301" w:type="dxa"/>
                </w:tcPr>
                <w:p w:rsidR="008E0EE9" w:rsidRDefault="00512555" w:rsidP="0065453A">
                  <w:pPr>
                    <w:snapToGrid w:val="0"/>
                    <w:jc w:val="both"/>
                    <w:rPr>
                      <w:rFonts w:ascii="Arial" w:hAnsi="Arial" w:cs="Arial"/>
                      <w:bCs/>
                      <w:sz w:val="20"/>
                    </w:rPr>
                  </w:pPr>
                  <w:r>
                    <w:rPr>
                      <w:rFonts w:ascii="Arial" w:hAnsi="Arial" w:cs="Arial"/>
                      <w:bCs/>
                      <w:sz w:val="20"/>
                    </w:rPr>
                    <w:t>d</w:t>
                  </w:r>
                  <w:r w:rsidR="008E0EE9">
                    <w:rPr>
                      <w:rFonts w:ascii="Arial" w:hAnsi="Arial" w:cs="Arial"/>
                      <w:bCs/>
                      <w:sz w:val="20"/>
                    </w:rPr>
                    <w:t>elegue123</w:t>
                  </w:r>
                </w:p>
              </w:tc>
              <w:tc>
                <w:tcPr>
                  <w:tcW w:w="3301" w:type="dxa"/>
                </w:tcPr>
                <w:p w:rsidR="008E0EE9" w:rsidRPr="00CF223E" w:rsidRDefault="00CF223E" w:rsidP="0065453A">
                  <w:pPr>
                    <w:snapToGrid w:val="0"/>
                    <w:jc w:val="both"/>
                    <w:rPr>
                      <w:rFonts w:ascii="Arial" w:hAnsi="Arial" w:cs="Arial"/>
                      <w:bCs/>
                      <w:sz w:val="20"/>
                      <w:lang w:val="fr-FR"/>
                    </w:rPr>
                  </w:pPr>
                  <w:r w:rsidRPr="00CF223E">
                    <w:rPr>
                      <w:rStyle w:val="lev"/>
                      <w:lang w:val="fr-FR"/>
                    </w:rPr>
                    <w:t>Délégué régional</w:t>
                  </w:r>
                  <w:r w:rsidRPr="00CF223E">
                    <w:rPr>
                      <w:lang w:val="fr-FR"/>
                    </w:rPr>
                    <w:t xml:space="preserve"> – gestion de son équipe de visiteurs, des rendez-vous et des professionnels de santé de sa région</w:t>
                  </w:r>
                  <w:r>
                    <w:rPr>
                      <w:lang w:val="fr-FR"/>
                    </w:rPr>
                    <w:t>.</w:t>
                  </w:r>
                </w:p>
              </w:tc>
            </w:tr>
            <w:tr w:rsidR="008E0EE9" w:rsidRPr="00C1556A" w:rsidTr="008E0EE9">
              <w:trPr>
                <w:trHeight w:val="867"/>
              </w:trPr>
              <w:tc>
                <w:tcPr>
                  <w:tcW w:w="3301" w:type="dxa"/>
                </w:tcPr>
                <w:p w:rsidR="008E0EE9" w:rsidRDefault="008E0EE9" w:rsidP="0065453A">
                  <w:pPr>
                    <w:snapToGrid w:val="0"/>
                    <w:jc w:val="both"/>
                    <w:rPr>
                      <w:rFonts w:ascii="Arial" w:hAnsi="Arial" w:cs="Arial"/>
                      <w:bCs/>
                      <w:sz w:val="20"/>
                    </w:rPr>
                  </w:pPr>
                  <w:r>
                    <w:rPr>
                      <w:rFonts w:ascii="Arial" w:hAnsi="Arial" w:cs="Arial"/>
                      <w:color w:val="1A2535"/>
                      <w:shd w:val="clear" w:color="auto" w:fill="F5F0E8"/>
                    </w:rPr>
                    <w:t>jean.dupont@gsb.fr</w:t>
                  </w:r>
                </w:p>
              </w:tc>
              <w:tc>
                <w:tcPr>
                  <w:tcW w:w="3301" w:type="dxa"/>
                </w:tcPr>
                <w:p w:rsidR="008E0EE9" w:rsidRDefault="00512555" w:rsidP="0065453A">
                  <w:pPr>
                    <w:snapToGrid w:val="0"/>
                    <w:jc w:val="both"/>
                    <w:rPr>
                      <w:rFonts w:ascii="Arial" w:hAnsi="Arial" w:cs="Arial"/>
                      <w:bCs/>
                      <w:sz w:val="20"/>
                    </w:rPr>
                  </w:pPr>
                  <w:r>
                    <w:rPr>
                      <w:rFonts w:ascii="Arial" w:hAnsi="Arial" w:cs="Arial"/>
                      <w:bCs/>
                      <w:sz w:val="20"/>
                    </w:rPr>
                    <w:t>v</w:t>
                  </w:r>
                  <w:r w:rsidR="008E0EE9">
                    <w:rPr>
                      <w:rFonts w:ascii="Arial" w:hAnsi="Arial" w:cs="Arial"/>
                      <w:bCs/>
                      <w:sz w:val="20"/>
                    </w:rPr>
                    <w:t>isiteur123</w:t>
                  </w:r>
                </w:p>
              </w:tc>
              <w:tc>
                <w:tcPr>
                  <w:tcW w:w="3301" w:type="dxa"/>
                </w:tcPr>
                <w:p w:rsidR="008E0EE9" w:rsidRPr="00CF223E" w:rsidRDefault="00CF223E" w:rsidP="0065453A">
                  <w:pPr>
                    <w:snapToGrid w:val="0"/>
                    <w:jc w:val="both"/>
                    <w:rPr>
                      <w:rFonts w:ascii="Arial" w:hAnsi="Arial" w:cs="Arial"/>
                      <w:bCs/>
                      <w:sz w:val="20"/>
                      <w:lang w:val="fr-FR"/>
                    </w:rPr>
                  </w:pPr>
                  <w:r w:rsidRPr="00CF223E">
                    <w:rPr>
                      <w:rStyle w:val="lev"/>
                      <w:lang w:val="fr-FR"/>
                    </w:rPr>
                    <w:t>Visiteur médical</w:t>
                  </w:r>
                  <w:r w:rsidRPr="00CF223E">
                    <w:rPr>
                      <w:lang w:val="fr-FR"/>
                    </w:rPr>
                    <w:t xml:space="preserve"> – consultation de ses propres rendez-vous et accès au catalogue des médicaments en lecture seule</w:t>
                  </w:r>
                  <w:r>
                    <w:rPr>
                      <w:lang w:val="fr-FR"/>
                    </w:rPr>
                    <w:t>.</w:t>
                  </w:r>
                </w:p>
              </w:tc>
            </w:tr>
          </w:tbl>
          <w:p w:rsidR="00876315" w:rsidRPr="00876315" w:rsidRDefault="00876315" w:rsidP="0065453A">
            <w:pPr>
              <w:snapToGrid w:val="0"/>
              <w:jc w:val="both"/>
              <w:rPr>
                <w:rFonts w:ascii="Arial" w:hAnsi="Arial" w:cs="Arial"/>
                <w:bCs/>
                <w:sz w:val="20"/>
                <w:lang w:val="fr-FR"/>
              </w:rPr>
            </w:pPr>
          </w:p>
          <w:p w:rsidR="00876315" w:rsidRPr="00876315" w:rsidRDefault="00876315" w:rsidP="0065453A">
            <w:pPr>
              <w:snapToGrid w:val="0"/>
              <w:jc w:val="both"/>
              <w:rPr>
                <w:rFonts w:ascii="Arial" w:hAnsi="Arial" w:cs="Arial"/>
                <w:bCs/>
                <w:sz w:val="20"/>
                <w:lang w:val="fr-FR"/>
              </w:rPr>
            </w:pPr>
          </w:p>
          <w:p w:rsidR="00876315" w:rsidRPr="00876315" w:rsidRDefault="00876315" w:rsidP="0065453A">
            <w:pPr>
              <w:snapToGrid w:val="0"/>
              <w:jc w:val="both"/>
              <w:rPr>
                <w:rFonts w:ascii="Arial" w:hAnsi="Arial" w:cs="Arial"/>
                <w:bCs/>
                <w:sz w:val="20"/>
                <w:lang w:val="fr-FR"/>
              </w:rPr>
            </w:pPr>
          </w:p>
        </w:tc>
      </w:tr>
    </w:tbl>
    <w:p w:rsidR="00876315" w:rsidRPr="00876315" w:rsidRDefault="00876315" w:rsidP="00876315">
      <w:pPr>
        <w:rPr>
          <w:rFonts w:ascii="Arial" w:hAnsi="Arial" w:cs="Arial"/>
          <w:b/>
          <w:bCs/>
          <w:lang w:val="fr-FR"/>
        </w:rPr>
      </w:pPr>
      <w:r w:rsidRPr="00876315">
        <w:rPr>
          <w:rFonts w:ascii="Arial" w:hAnsi="Arial" w:cs="Arial"/>
          <w:b/>
          <w:bCs/>
          <w:lang w:val="fr-FR"/>
        </w:rPr>
        <w:br w:type="page"/>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76315" w:rsidRPr="00C1556A" w:rsidTr="0065453A">
        <w:tc>
          <w:tcPr>
            <w:tcW w:w="9923" w:type="dxa"/>
          </w:tcPr>
          <w:p w:rsidR="00876315" w:rsidRPr="00876315" w:rsidRDefault="00876315" w:rsidP="0065453A">
            <w:pPr>
              <w:widowControl w:val="0"/>
              <w:tabs>
                <w:tab w:val="left" w:pos="7822"/>
              </w:tabs>
              <w:spacing w:before="120" w:after="120"/>
              <w:rPr>
                <w:rFonts w:ascii="Arial" w:hAnsi="Arial" w:cs="Arial"/>
                <w:b/>
                <w:bCs/>
                <w:lang w:val="fr-FR"/>
              </w:rPr>
            </w:pPr>
            <w:r w:rsidRPr="00876315">
              <w:rPr>
                <w:rFonts w:ascii="Arial" w:hAnsi="Arial" w:cs="Arial"/>
                <w:b/>
                <w:bCs/>
                <w:lang w:val="fr-FR"/>
              </w:rPr>
              <w:lastRenderedPageBreak/>
              <w:t xml:space="preserve">BTS </w:t>
            </w:r>
            <w:r w:rsidRPr="00876315">
              <w:rPr>
                <w:rFonts w:ascii="Arial" w:hAnsi="Arial" w:cs="Arial"/>
                <w:b/>
                <w:caps/>
                <w:lang w:val="fr-FR"/>
              </w:rPr>
              <w:t>Services informatiques aux organisations</w:t>
            </w:r>
            <w:r w:rsidRPr="00876315">
              <w:rPr>
                <w:rFonts w:ascii="Arial" w:hAnsi="Arial" w:cs="Arial"/>
                <w:b/>
                <w:bCs/>
                <w:lang w:val="fr-FR"/>
              </w:rPr>
              <w:tab/>
              <w:t>SESSION 2026</w:t>
            </w:r>
          </w:p>
          <w:p w:rsidR="00876315" w:rsidRPr="00876315" w:rsidRDefault="00876315" w:rsidP="0065453A">
            <w:pPr>
              <w:spacing w:before="120" w:after="120"/>
              <w:jc w:val="center"/>
              <w:rPr>
                <w:rFonts w:ascii="Arial" w:hAnsi="Arial"/>
                <w:b/>
                <w:bCs/>
                <w:lang w:val="fr-FR" w:eastAsia="fr-FR"/>
              </w:rPr>
            </w:pPr>
            <w:r w:rsidRPr="00876315">
              <w:rPr>
                <w:rFonts w:ascii="Arial" w:hAnsi="Arial" w:cs="Arial"/>
                <w:b/>
                <w:bCs/>
                <w:lang w:val="fr-FR"/>
              </w:rPr>
              <w:t xml:space="preserve">ANNEXE VII-1-B : </w:t>
            </w:r>
            <w:r w:rsidRPr="00876315">
              <w:rPr>
                <w:rFonts w:ascii="Arial" w:hAnsi="Arial"/>
                <w:b/>
                <w:bCs/>
                <w:lang w:val="fr-FR"/>
              </w:rPr>
              <w:t xml:space="preserve">Fiche descriptive de réalisation professionnelle </w:t>
            </w:r>
            <w:r w:rsidRPr="00876315">
              <w:rPr>
                <w:lang w:val="fr-FR"/>
              </w:rPr>
              <w:br/>
            </w:r>
            <w:r w:rsidRPr="00876315">
              <w:rPr>
                <w:rFonts w:ascii="Arial" w:hAnsi="Arial" w:cs="Arial"/>
                <w:b/>
                <w:bCs/>
                <w:lang w:val="fr-FR"/>
              </w:rPr>
              <w:t>(verso, éventuellement pages suivantes)</w:t>
            </w:r>
          </w:p>
          <w:p w:rsidR="00876315" w:rsidRPr="00876315" w:rsidRDefault="00876315" w:rsidP="0065453A">
            <w:pPr>
              <w:spacing w:before="120" w:after="120"/>
              <w:jc w:val="center"/>
              <w:rPr>
                <w:rFonts w:ascii="Arial" w:hAnsi="Arial"/>
                <w:b/>
                <w:lang w:val="fr-FR" w:eastAsia="fr-FR"/>
              </w:rPr>
            </w:pPr>
            <w:r w:rsidRPr="00876315">
              <w:rPr>
                <w:rFonts w:ascii="Arial" w:hAnsi="Arial"/>
                <w:b/>
                <w:bCs/>
                <w:lang w:val="fr-FR" w:eastAsia="fr-FR"/>
              </w:rPr>
              <w:t>Épreuve E6 - Conception et développement d’applications (option SLAM)</w:t>
            </w:r>
            <w:r w:rsidRPr="00876315">
              <w:rPr>
                <w:rFonts w:ascii="Arial" w:hAnsi="Arial"/>
                <w:lang w:val="fr-FR" w:eastAsia="fr-FR"/>
              </w:rPr>
              <w:t xml:space="preserve"> </w:t>
            </w:r>
          </w:p>
        </w:tc>
      </w:tr>
      <w:tr w:rsidR="00876315" w:rsidRPr="00512555" w:rsidTr="006545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406"/>
        </w:trPr>
        <w:tc>
          <w:tcPr>
            <w:tcW w:w="9923" w:type="dxa"/>
            <w:tcBorders>
              <w:top w:val="single" w:sz="4" w:space="0" w:color="000000"/>
              <w:left w:val="single" w:sz="4" w:space="0" w:color="000000"/>
              <w:bottom w:val="single" w:sz="4" w:space="0" w:color="auto"/>
              <w:right w:val="single" w:sz="4" w:space="0" w:color="000000"/>
            </w:tcBorders>
            <w:vAlign w:val="center"/>
          </w:tcPr>
          <w:p w:rsidR="00876315" w:rsidRPr="00876315" w:rsidRDefault="00876315" w:rsidP="0065453A">
            <w:pPr>
              <w:snapToGrid w:val="0"/>
              <w:rPr>
                <w:rFonts w:ascii="Arial" w:hAnsi="Arial" w:cs="Arial"/>
                <w:bCs/>
                <w:sz w:val="20"/>
                <w:szCs w:val="20"/>
                <w:lang w:val="fr-FR"/>
              </w:rPr>
            </w:pPr>
            <w:r w:rsidRPr="00876315">
              <w:rPr>
                <w:rFonts w:ascii="Arial" w:hAnsi="Arial" w:cs="Arial"/>
                <w:b/>
                <w:sz w:val="20"/>
                <w:szCs w:val="20"/>
                <w:lang w:val="fr-FR"/>
              </w:rPr>
              <w:lastRenderedPageBreak/>
              <w:t>Descriptif de la réalisation professionnelle, y compris les productions réalisées et schémas explicatifs</w:t>
            </w:r>
          </w:p>
          <w:p w:rsidR="00876315" w:rsidRPr="00876315" w:rsidRDefault="00876315" w:rsidP="0065453A">
            <w:pPr>
              <w:snapToGrid w:val="0"/>
              <w:rPr>
                <w:rFonts w:ascii="Arial" w:hAnsi="Arial"/>
                <w:bCs/>
                <w:sz w:val="20"/>
                <w:szCs w:val="20"/>
                <w:lang w:val="fr-FR"/>
              </w:rPr>
            </w:pPr>
          </w:p>
          <w:p w:rsidR="00876315" w:rsidRPr="006261D5" w:rsidRDefault="006261D5" w:rsidP="006261D5">
            <w:pPr>
              <w:snapToGrid w:val="0"/>
              <w:rPr>
                <w:rFonts w:ascii="Arial" w:hAnsi="Arial"/>
                <w:bCs/>
                <w:sz w:val="20"/>
                <w:szCs w:val="20"/>
                <w:lang w:val="fr-FR"/>
              </w:rPr>
            </w:pPr>
            <w:r>
              <w:rPr>
                <w:rFonts w:ascii="Arial" w:hAnsi="Arial"/>
                <w:bCs/>
                <w:sz w:val="20"/>
                <w:szCs w:val="20"/>
                <w:lang w:val="fr-FR"/>
              </w:rPr>
              <w:t>1)</w:t>
            </w:r>
            <w:r w:rsidR="00876315" w:rsidRPr="006261D5">
              <w:rPr>
                <w:rFonts w:ascii="Arial" w:hAnsi="Arial"/>
                <w:bCs/>
                <w:sz w:val="20"/>
                <w:szCs w:val="20"/>
                <w:lang w:val="fr-FR"/>
              </w:rPr>
              <w:t>Contexte</w:t>
            </w:r>
          </w:p>
          <w:p w:rsidR="006261D5" w:rsidRPr="006261D5" w:rsidRDefault="006261D5" w:rsidP="006261D5">
            <w:pPr>
              <w:snapToGrid w:val="0"/>
              <w:rPr>
                <w:rFonts w:ascii="Arial" w:hAnsi="Arial"/>
                <w:bCs/>
                <w:sz w:val="20"/>
                <w:szCs w:val="20"/>
                <w:lang w:val="fr-FR"/>
              </w:rPr>
            </w:pPr>
            <w:r w:rsidRPr="006261D5">
              <w:rPr>
                <w:lang w:val="fr-FR"/>
              </w:rPr>
              <w:t xml:space="preserve">Le projet s'inscrit dans la stratégie de </w:t>
            </w:r>
            <w:r w:rsidRPr="006261D5">
              <w:rPr>
                <w:b/>
                <w:bCs/>
                <w:lang w:val="fr-FR"/>
              </w:rPr>
              <w:t>modernisation de l'activité de visite médicale</w:t>
            </w:r>
            <w:r w:rsidRPr="006261D5">
              <w:rPr>
                <w:lang w:val="fr-FR"/>
              </w:rPr>
              <w:t xml:space="preserve"> du laboratoire pharmaceutique </w:t>
            </w:r>
            <w:r w:rsidRPr="006261D5">
              <w:rPr>
                <w:b/>
                <w:bCs/>
                <w:lang w:val="fr-FR"/>
              </w:rPr>
              <w:t xml:space="preserve">Galaxy </w:t>
            </w:r>
            <w:proofErr w:type="spellStart"/>
            <w:r w:rsidRPr="006261D5">
              <w:rPr>
                <w:b/>
                <w:bCs/>
                <w:lang w:val="fr-FR"/>
              </w:rPr>
              <w:t>Swiss</w:t>
            </w:r>
            <w:proofErr w:type="spellEnd"/>
            <w:r w:rsidRPr="006261D5">
              <w:rPr>
                <w:b/>
                <w:bCs/>
                <w:lang w:val="fr-FR"/>
              </w:rPr>
              <w:t xml:space="preserve"> Bourdin (GSB)</w:t>
            </w:r>
            <w:r w:rsidRPr="006261D5">
              <w:rPr>
                <w:lang w:val="fr-FR"/>
              </w:rPr>
              <w:t xml:space="preserve"> en France. Face à un besoin de transformation numérique, l'entreprise souhaite optimiser le suivi de ses collaborateurs sur le terrain pour garantir une meilleure circulation de l'information entre les praticiens et la direction</w:t>
            </w:r>
            <w:r w:rsidR="00CF223E">
              <w:rPr>
                <w:lang w:val="fr-FR"/>
              </w:rPr>
              <w:t>.</w:t>
            </w:r>
          </w:p>
          <w:p w:rsidR="006261D5" w:rsidRPr="006261D5" w:rsidRDefault="006261D5" w:rsidP="006261D5">
            <w:pPr>
              <w:snapToGrid w:val="0"/>
              <w:rPr>
                <w:rFonts w:ascii="Arial" w:hAnsi="Arial"/>
                <w:bCs/>
                <w:sz w:val="20"/>
                <w:szCs w:val="20"/>
                <w:lang w:val="fr-FR"/>
              </w:rPr>
            </w:pPr>
          </w:p>
          <w:p w:rsidR="00876315" w:rsidRPr="00876315" w:rsidRDefault="00876315" w:rsidP="0065453A">
            <w:pPr>
              <w:snapToGrid w:val="0"/>
              <w:rPr>
                <w:rFonts w:ascii="Arial" w:hAnsi="Arial"/>
                <w:bCs/>
                <w:sz w:val="20"/>
                <w:szCs w:val="20"/>
                <w:lang w:val="fr-FR"/>
              </w:rPr>
            </w:pPr>
            <w:r w:rsidRPr="00876315">
              <w:rPr>
                <w:rFonts w:ascii="Arial" w:hAnsi="Arial"/>
                <w:bCs/>
                <w:sz w:val="20"/>
                <w:szCs w:val="20"/>
                <w:lang w:val="fr-FR"/>
              </w:rPr>
              <w:t>2) Domaine étudi</w:t>
            </w:r>
            <w:r w:rsidR="00C77B3D">
              <w:rPr>
                <w:rFonts w:ascii="Arial" w:hAnsi="Arial"/>
                <w:bCs/>
                <w:sz w:val="20"/>
                <w:szCs w:val="20"/>
                <w:lang w:val="fr-FR"/>
              </w:rPr>
              <w:t>é</w:t>
            </w:r>
          </w:p>
          <w:p w:rsidR="00876315" w:rsidRPr="00876315" w:rsidRDefault="00CF223E" w:rsidP="0065453A">
            <w:pPr>
              <w:snapToGrid w:val="0"/>
              <w:rPr>
                <w:rFonts w:ascii="Arial" w:hAnsi="Arial"/>
                <w:bCs/>
                <w:sz w:val="20"/>
                <w:szCs w:val="20"/>
                <w:lang w:val="fr-FR"/>
              </w:rPr>
            </w:pPr>
            <w:r w:rsidRPr="00887F12">
              <w:rPr>
                <w:lang w:val="fr-FR"/>
              </w:rPr>
              <w:t>Le</w:t>
            </w:r>
            <w:r w:rsidR="00887F12" w:rsidRPr="00887F12">
              <w:rPr>
                <w:lang w:val="fr-FR"/>
              </w:rPr>
              <w:t xml:space="preserve"> domaine </w:t>
            </w:r>
            <w:r w:rsidR="00887F12">
              <w:rPr>
                <w:lang w:val="fr-FR"/>
              </w:rPr>
              <w:t>étudi</w:t>
            </w:r>
            <w:r w:rsidR="00C77B3D">
              <w:rPr>
                <w:lang w:val="fr-FR"/>
              </w:rPr>
              <w:t>é</w:t>
            </w:r>
            <w:r w:rsidR="00887F12">
              <w:rPr>
                <w:lang w:val="fr-FR"/>
              </w:rPr>
              <w:t xml:space="preserve"> est le domaine </w:t>
            </w:r>
            <w:r w:rsidR="00887F12" w:rsidRPr="00887F12">
              <w:rPr>
                <w:lang w:val="fr-FR"/>
              </w:rPr>
              <w:t>commercial</w:t>
            </w:r>
            <w:r w:rsidR="00887F12">
              <w:rPr>
                <w:lang w:val="fr-FR"/>
              </w:rPr>
              <w:t xml:space="preserve"> et</w:t>
            </w:r>
            <w:r w:rsidR="00887F12" w:rsidRPr="00887F12">
              <w:rPr>
                <w:lang w:val="fr-FR"/>
              </w:rPr>
              <w:t xml:space="preserve"> spécifiquement l'activité de la flotte des visites des professionnels de santé de GSB en </w:t>
            </w:r>
            <w:r w:rsidR="00887F12">
              <w:rPr>
                <w:lang w:val="fr-FR"/>
              </w:rPr>
              <w:t>France</w:t>
            </w:r>
            <w:r w:rsidR="00887F12">
              <w:rPr>
                <w:rFonts w:ascii="Arial" w:hAnsi="Arial"/>
                <w:bCs/>
                <w:sz w:val="20"/>
                <w:szCs w:val="20"/>
                <w:lang w:val="fr-FR"/>
              </w:rPr>
              <w:t>.</w:t>
            </w:r>
          </w:p>
          <w:p w:rsidR="00876315" w:rsidRPr="00876315" w:rsidRDefault="00876315" w:rsidP="0065453A">
            <w:pPr>
              <w:snapToGrid w:val="0"/>
              <w:rPr>
                <w:rFonts w:ascii="Arial" w:hAnsi="Arial"/>
                <w:bCs/>
                <w:sz w:val="20"/>
                <w:szCs w:val="20"/>
                <w:lang w:val="fr-FR"/>
              </w:rPr>
            </w:pPr>
          </w:p>
          <w:p w:rsidR="00876315" w:rsidRPr="00876315" w:rsidRDefault="00876315" w:rsidP="0065453A">
            <w:pPr>
              <w:snapToGrid w:val="0"/>
              <w:rPr>
                <w:rFonts w:ascii="Arial" w:hAnsi="Arial"/>
                <w:bCs/>
                <w:sz w:val="20"/>
                <w:szCs w:val="20"/>
                <w:lang w:val="fr-FR"/>
              </w:rPr>
            </w:pPr>
            <w:r w:rsidRPr="00876315">
              <w:rPr>
                <w:rFonts w:ascii="Arial" w:hAnsi="Arial"/>
                <w:bCs/>
                <w:sz w:val="20"/>
                <w:szCs w:val="20"/>
                <w:lang w:val="fr-FR"/>
              </w:rPr>
              <w:t xml:space="preserve">3) Fonctionnement du système </w:t>
            </w:r>
          </w:p>
          <w:p w:rsidR="00F870FE" w:rsidRPr="00F870FE" w:rsidRDefault="00F870FE" w:rsidP="00F870FE">
            <w:pPr>
              <w:spacing w:after="0" w:line="259" w:lineRule="auto"/>
              <w:rPr>
                <w:lang w:val="fr-FR"/>
              </w:rPr>
            </w:pPr>
            <w:r w:rsidRPr="00F870FE">
              <w:rPr>
                <w:lang w:val="fr-FR"/>
              </w:rPr>
              <w:t>Chef de Secteur (Niveau 3)</w:t>
            </w:r>
            <w:r w:rsidRPr="00F870FE">
              <w:rPr>
                <w:b/>
                <w:bCs/>
                <w:lang w:val="fr-FR"/>
              </w:rPr>
              <w:t xml:space="preserve"> </w:t>
            </w:r>
            <w:r w:rsidRPr="00F870FE">
              <w:rPr>
                <w:lang w:val="fr-FR"/>
              </w:rPr>
              <w:t xml:space="preserve">: </w:t>
            </w:r>
          </w:p>
          <w:p w:rsidR="00F870FE" w:rsidRPr="00F870FE" w:rsidRDefault="00F870FE" w:rsidP="00F870FE">
            <w:pPr>
              <w:spacing w:after="0" w:line="259" w:lineRule="auto"/>
              <w:rPr>
                <w:lang w:val="fr-FR"/>
              </w:rPr>
            </w:pPr>
            <w:r w:rsidRPr="00F870FE">
              <w:rPr>
                <w:lang w:val="fr-FR"/>
              </w:rPr>
              <w:t>• Ajouter/modifier/supprimer des médicaments</w:t>
            </w:r>
            <w:r w:rsidR="00CF223E">
              <w:rPr>
                <w:lang w:val="fr-FR"/>
              </w:rPr>
              <w:t>.</w:t>
            </w:r>
          </w:p>
          <w:p w:rsidR="00F870FE" w:rsidRPr="00F870FE" w:rsidRDefault="00F870FE" w:rsidP="00F870FE">
            <w:pPr>
              <w:spacing w:after="0" w:line="259" w:lineRule="auto"/>
              <w:rPr>
                <w:lang w:val="fr-FR"/>
              </w:rPr>
            </w:pPr>
            <w:r w:rsidRPr="00F870FE">
              <w:rPr>
                <w:lang w:val="fr-FR"/>
              </w:rPr>
              <w:t>• Ajouter/modifier/supprimer des délégués régionaux</w:t>
            </w:r>
            <w:r w:rsidR="00CF223E">
              <w:rPr>
                <w:lang w:val="fr-FR"/>
              </w:rPr>
              <w:t>.</w:t>
            </w:r>
          </w:p>
          <w:p w:rsidR="00F870FE" w:rsidRPr="00F870FE" w:rsidRDefault="00F870FE" w:rsidP="00F870FE">
            <w:pPr>
              <w:spacing w:after="0" w:line="259" w:lineRule="auto"/>
              <w:rPr>
                <w:lang w:val="fr-FR"/>
              </w:rPr>
            </w:pPr>
            <w:r w:rsidRPr="00F870FE">
              <w:rPr>
                <w:lang w:val="fr-FR"/>
              </w:rPr>
              <w:t>• Ajouter/modifier/supprimer des visiteurs</w:t>
            </w:r>
            <w:r w:rsidR="00CF223E">
              <w:rPr>
                <w:lang w:val="fr-FR"/>
              </w:rPr>
              <w:t>.</w:t>
            </w:r>
          </w:p>
          <w:p w:rsidR="00F870FE" w:rsidRPr="00F870FE" w:rsidRDefault="00F870FE" w:rsidP="00F870FE">
            <w:pPr>
              <w:spacing w:after="0" w:line="259" w:lineRule="auto"/>
              <w:rPr>
                <w:lang w:val="fr-FR"/>
              </w:rPr>
            </w:pPr>
            <w:r w:rsidRPr="00F870FE">
              <w:rPr>
                <w:lang w:val="fr-FR"/>
              </w:rPr>
              <w:t>• Voir les retours sur expérience</w:t>
            </w:r>
            <w:r w:rsidR="00CF223E">
              <w:rPr>
                <w:lang w:val="fr-FR"/>
              </w:rPr>
              <w:t>.</w:t>
            </w:r>
          </w:p>
          <w:p w:rsidR="00F870FE" w:rsidRPr="00F870FE" w:rsidRDefault="00F870FE" w:rsidP="00F870FE">
            <w:pPr>
              <w:spacing w:after="0" w:line="259" w:lineRule="auto"/>
              <w:rPr>
                <w:lang w:val="fr-FR"/>
              </w:rPr>
            </w:pPr>
          </w:p>
          <w:p w:rsidR="00F870FE" w:rsidRPr="00F870FE" w:rsidRDefault="00F870FE" w:rsidP="00F870FE">
            <w:pPr>
              <w:spacing w:after="0" w:line="259" w:lineRule="auto"/>
              <w:rPr>
                <w:lang w:val="fr-FR"/>
              </w:rPr>
            </w:pPr>
            <w:r w:rsidRPr="00F870FE">
              <w:rPr>
                <w:lang w:val="fr-FR"/>
              </w:rPr>
              <w:t xml:space="preserve">Délégué Régional (Niveau 2) : </w:t>
            </w:r>
          </w:p>
          <w:p w:rsidR="00F870FE" w:rsidRPr="00F870FE" w:rsidRDefault="00F870FE" w:rsidP="00F870FE">
            <w:pPr>
              <w:spacing w:after="0" w:line="259" w:lineRule="auto"/>
              <w:rPr>
                <w:lang w:val="fr-FR"/>
              </w:rPr>
            </w:pPr>
            <w:r w:rsidRPr="00F870FE">
              <w:rPr>
                <w:lang w:val="fr-FR"/>
              </w:rPr>
              <w:t>• Ajouter/modifier/supprimer les professionnels de santé</w:t>
            </w:r>
            <w:r w:rsidR="00CF223E">
              <w:rPr>
                <w:lang w:val="fr-FR"/>
              </w:rPr>
              <w:t>.</w:t>
            </w:r>
          </w:p>
          <w:p w:rsidR="00F870FE" w:rsidRPr="00F870FE" w:rsidRDefault="00F870FE" w:rsidP="00F870FE">
            <w:pPr>
              <w:spacing w:after="0" w:line="259" w:lineRule="auto"/>
              <w:rPr>
                <w:lang w:val="fr-FR"/>
              </w:rPr>
            </w:pPr>
            <w:r w:rsidRPr="00F870FE">
              <w:rPr>
                <w:lang w:val="fr-FR"/>
              </w:rPr>
              <w:t>• Ajouter/modifier/supprimer les visiteurs</w:t>
            </w:r>
            <w:r w:rsidR="00CF223E">
              <w:rPr>
                <w:lang w:val="fr-FR"/>
              </w:rPr>
              <w:t>.</w:t>
            </w:r>
          </w:p>
          <w:p w:rsidR="00F870FE" w:rsidRPr="00F870FE" w:rsidRDefault="00F870FE" w:rsidP="00F870FE">
            <w:pPr>
              <w:spacing w:after="0" w:line="259" w:lineRule="auto"/>
              <w:rPr>
                <w:lang w:val="fr-FR"/>
              </w:rPr>
            </w:pPr>
            <w:r w:rsidRPr="00F870FE">
              <w:rPr>
                <w:lang w:val="fr-FR"/>
              </w:rPr>
              <w:t>• Ajouter/modifier/supprimer des rendez-vous</w:t>
            </w:r>
            <w:r w:rsidR="00CF223E">
              <w:rPr>
                <w:lang w:val="fr-FR"/>
              </w:rPr>
              <w:t>.</w:t>
            </w:r>
          </w:p>
          <w:p w:rsidR="00F870FE" w:rsidRPr="00F870FE" w:rsidRDefault="00F870FE" w:rsidP="00F870FE">
            <w:pPr>
              <w:spacing w:after="0" w:line="259" w:lineRule="auto"/>
              <w:rPr>
                <w:lang w:val="fr-FR"/>
              </w:rPr>
            </w:pPr>
            <w:r w:rsidRPr="00F870FE">
              <w:rPr>
                <w:lang w:val="fr-FR"/>
              </w:rPr>
              <w:t>• Voir les retours sur expérience</w:t>
            </w:r>
            <w:r w:rsidR="00CF223E">
              <w:rPr>
                <w:lang w:val="fr-FR"/>
              </w:rPr>
              <w:t>.</w:t>
            </w:r>
          </w:p>
          <w:p w:rsidR="00F870FE" w:rsidRPr="00F870FE" w:rsidRDefault="00F870FE" w:rsidP="00F870FE">
            <w:pPr>
              <w:spacing w:after="0" w:line="259" w:lineRule="auto"/>
              <w:rPr>
                <w:lang w:val="fr-FR"/>
              </w:rPr>
            </w:pPr>
          </w:p>
          <w:p w:rsidR="00F870FE" w:rsidRPr="00F870FE" w:rsidRDefault="00F870FE" w:rsidP="00F870FE">
            <w:pPr>
              <w:spacing w:after="0" w:line="259" w:lineRule="auto"/>
              <w:rPr>
                <w:lang w:val="fr-FR"/>
              </w:rPr>
            </w:pPr>
            <w:r w:rsidRPr="00F870FE">
              <w:rPr>
                <w:lang w:val="fr-FR"/>
              </w:rPr>
              <w:t xml:space="preserve">Visiteur (Niveau 1) : </w:t>
            </w:r>
          </w:p>
          <w:p w:rsidR="00F870FE" w:rsidRPr="00F870FE" w:rsidRDefault="00F870FE" w:rsidP="00F870FE">
            <w:pPr>
              <w:spacing w:after="0" w:line="259" w:lineRule="auto"/>
              <w:rPr>
                <w:lang w:val="fr-FR"/>
              </w:rPr>
            </w:pPr>
            <w:r w:rsidRPr="00F870FE">
              <w:rPr>
                <w:lang w:val="fr-FR"/>
              </w:rPr>
              <w:t>• Voir leurs rendez-vous</w:t>
            </w:r>
            <w:r w:rsidR="00CF223E">
              <w:rPr>
                <w:lang w:val="fr-FR"/>
              </w:rPr>
              <w:t>.</w:t>
            </w:r>
          </w:p>
          <w:p w:rsidR="00F870FE" w:rsidRPr="00F870FE" w:rsidRDefault="00F870FE" w:rsidP="00F870FE">
            <w:pPr>
              <w:spacing w:after="0" w:line="259" w:lineRule="auto"/>
              <w:rPr>
                <w:lang w:val="fr-FR"/>
              </w:rPr>
            </w:pPr>
            <w:r w:rsidRPr="00F870FE">
              <w:rPr>
                <w:lang w:val="fr-FR"/>
              </w:rPr>
              <w:t>• Rédiger et voir leurs retours sur expérience.</w:t>
            </w:r>
          </w:p>
          <w:p w:rsidR="00F870FE" w:rsidRPr="00F870FE" w:rsidRDefault="00F870FE" w:rsidP="0065453A">
            <w:pPr>
              <w:snapToGrid w:val="0"/>
              <w:rPr>
                <w:rFonts w:ascii="Arial" w:hAnsi="Arial"/>
                <w:bCs/>
                <w:sz w:val="20"/>
                <w:szCs w:val="20"/>
                <w:lang w:val="fr-FR"/>
              </w:rPr>
            </w:pPr>
          </w:p>
          <w:p w:rsidR="00876315" w:rsidRDefault="00876315" w:rsidP="0065453A">
            <w:pPr>
              <w:snapToGrid w:val="0"/>
              <w:rPr>
                <w:rFonts w:ascii="Arial" w:hAnsi="Arial"/>
                <w:bCs/>
                <w:sz w:val="20"/>
                <w:szCs w:val="20"/>
              </w:rPr>
            </w:pPr>
            <w:r>
              <w:rPr>
                <w:rFonts w:ascii="Arial" w:hAnsi="Arial"/>
                <w:bCs/>
                <w:sz w:val="20"/>
                <w:szCs w:val="20"/>
              </w:rPr>
              <w:t xml:space="preserve">4) </w:t>
            </w:r>
            <w:proofErr w:type="spellStart"/>
            <w:r>
              <w:rPr>
                <w:rFonts w:ascii="Arial" w:hAnsi="Arial"/>
                <w:bCs/>
                <w:sz w:val="20"/>
                <w:szCs w:val="20"/>
              </w:rPr>
              <w:t>Modèle</w:t>
            </w:r>
            <w:proofErr w:type="spellEnd"/>
            <w:r>
              <w:rPr>
                <w:rFonts w:ascii="Arial" w:hAnsi="Arial"/>
                <w:bCs/>
                <w:sz w:val="20"/>
                <w:szCs w:val="20"/>
              </w:rPr>
              <w:t xml:space="preserve"> </w:t>
            </w:r>
            <w:proofErr w:type="spellStart"/>
            <w:r>
              <w:rPr>
                <w:rFonts w:ascii="Arial" w:hAnsi="Arial"/>
                <w:bCs/>
                <w:sz w:val="20"/>
                <w:szCs w:val="20"/>
              </w:rPr>
              <w:t>entité</w:t>
            </w:r>
            <w:proofErr w:type="spellEnd"/>
            <w:r>
              <w:rPr>
                <w:rFonts w:ascii="Arial" w:hAnsi="Arial"/>
                <w:bCs/>
                <w:sz w:val="20"/>
                <w:szCs w:val="20"/>
              </w:rPr>
              <w:t xml:space="preserve">-association </w:t>
            </w:r>
          </w:p>
          <w:p w:rsidR="00876315" w:rsidRDefault="00876315" w:rsidP="0065453A">
            <w:pPr>
              <w:snapToGrid w:val="0"/>
              <w:rPr>
                <w:rFonts w:ascii="Arial" w:hAnsi="Arial"/>
                <w:bCs/>
                <w:sz w:val="20"/>
                <w:szCs w:val="20"/>
              </w:rPr>
            </w:pPr>
          </w:p>
          <w:p w:rsidR="00876315" w:rsidRDefault="00470E3D" w:rsidP="0065453A">
            <w:pPr>
              <w:snapToGrid w:val="0"/>
              <w:rPr>
                <w:rFonts w:ascii="Arial" w:hAnsi="Arial"/>
                <w:bCs/>
                <w:sz w:val="20"/>
                <w:szCs w:val="20"/>
              </w:rPr>
            </w:pPr>
            <w:r w:rsidRPr="00470E3D">
              <w:rPr>
                <w:rFonts w:ascii="Arial" w:hAnsi="Arial"/>
                <w:bCs/>
                <w:noProof/>
                <w:sz w:val="20"/>
                <w:szCs w:val="20"/>
              </w:rPr>
              <w:lastRenderedPageBreak/>
              <w:drawing>
                <wp:inline distT="0" distB="0" distL="0" distR="0" wp14:anchorId="2380E9DD" wp14:editId="1F035C8D">
                  <wp:extent cx="6294755" cy="27089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4755" cy="2708910"/>
                          </a:xfrm>
                          <a:prstGeom prst="rect">
                            <a:avLst/>
                          </a:prstGeom>
                        </pic:spPr>
                      </pic:pic>
                    </a:graphicData>
                  </a:graphic>
                </wp:inline>
              </w:drawing>
            </w:r>
          </w:p>
          <w:p w:rsidR="00876315" w:rsidRDefault="00876315" w:rsidP="0065453A">
            <w:pPr>
              <w:snapToGrid w:val="0"/>
              <w:rPr>
                <w:rFonts w:ascii="Arial" w:hAnsi="Arial"/>
                <w:bCs/>
                <w:sz w:val="20"/>
                <w:szCs w:val="20"/>
              </w:rPr>
            </w:pPr>
          </w:p>
          <w:p w:rsidR="00876315" w:rsidRPr="00876315" w:rsidRDefault="00876315" w:rsidP="0065453A">
            <w:pPr>
              <w:snapToGrid w:val="0"/>
              <w:rPr>
                <w:rFonts w:ascii="Arial" w:hAnsi="Arial" w:cs="Arial"/>
                <w:b/>
                <w:sz w:val="20"/>
                <w:szCs w:val="20"/>
                <w:lang w:val="fr-FR"/>
              </w:rPr>
            </w:pPr>
            <w:r w:rsidRPr="00876315">
              <w:rPr>
                <w:rFonts w:ascii="Arial" w:hAnsi="Arial"/>
                <w:bCs/>
                <w:sz w:val="20"/>
                <w:szCs w:val="20"/>
                <w:lang w:val="fr-FR"/>
              </w:rPr>
              <w:t xml:space="preserve">5) </w:t>
            </w:r>
            <w:r w:rsidRPr="00876315">
              <w:rPr>
                <w:rFonts w:ascii="Arial" w:hAnsi="Arial" w:cs="Arial"/>
                <w:b/>
                <w:sz w:val="20"/>
                <w:szCs w:val="20"/>
                <w:lang w:val="fr-FR"/>
              </w:rPr>
              <w:t>Modèle UML de base de données</w:t>
            </w:r>
          </w:p>
          <w:p w:rsidR="00876315" w:rsidRPr="00876315" w:rsidRDefault="00876315" w:rsidP="0065453A">
            <w:pPr>
              <w:snapToGrid w:val="0"/>
              <w:rPr>
                <w:rFonts w:ascii="Arial" w:hAnsi="Arial" w:cs="Arial"/>
                <w:b/>
                <w:sz w:val="20"/>
                <w:szCs w:val="20"/>
                <w:lang w:val="fr-FR"/>
              </w:rPr>
            </w:pPr>
          </w:p>
          <w:p w:rsidR="00876315" w:rsidRDefault="00470E3D" w:rsidP="0065453A">
            <w:pPr>
              <w:snapToGrid w:val="0"/>
              <w:rPr>
                <w:rFonts w:ascii="Arial" w:hAnsi="Arial"/>
                <w:bCs/>
                <w:sz w:val="20"/>
                <w:szCs w:val="20"/>
              </w:rPr>
            </w:pPr>
            <w:r w:rsidRPr="00470E3D">
              <w:rPr>
                <w:rFonts w:ascii="Arial" w:hAnsi="Arial"/>
                <w:bCs/>
                <w:noProof/>
                <w:sz w:val="20"/>
                <w:szCs w:val="20"/>
              </w:rPr>
              <w:drawing>
                <wp:inline distT="0" distB="0" distL="0" distR="0" wp14:anchorId="143725D4" wp14:editId="5B6AAD5D">
                  <wp:extent cx="6294755" cy="264731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4755" cy="2647315"/>
                          </a:xfrm>
                          <a:prstGeom prst="rect">
                            <a:avLst/>
                          </a:prstGeom>
                        </pic:spPr>
                      </pic:pic>
                    </a:graphicData>
                  </a:graphic>
                </wp:inline>
              </w:drawing>
            </w:r>
          </w:p>
          <w:p w:rsidR="00876315" w:rsidRDefault="00876315" w:rsidP="0065453A">
            <w:pPr>
              <w:snapToGrid w:val="0"/>
              <w:rPr>
                <w:rFonts w:ascii="Arial" w:hAnsi="Arial"/>
                <w:bCs/>
                <w:sz w:val="20"/>
                <w:szCs w:val="20"/>
              </w:rPr>
            </w:pPr>
          </w:p>
          <w:p w:rsidR="00876315" w:rsidRDefault="00876315" w:rsidP="0065453A">
            <w:pPr>
              <w:snapToGrid w:val="0"/>
              <w:rPr>
                <w:rFonts w:ascii="Arial" w:hAnsi="Arial" w:cs="Arial"/>
                <w:b/>
                <w:sz w:val="20"/>
                <w:szCs w:val="20"/>
              </w:rPr>
            </w:pPr>
            <w:r>
              <w:rPr>
                <w:rFonts w:ascii="Arial" w:hAnsi="Arial"/>
                <w:bCs/>
                <w:sz w:val="20"/>
                <w:szCs w:val="20"/>
              </w:rPr>
              <w:t xml:space="preserve">6) </w:t>
            </w:r>
            <w:proofErr w:type="spellStart"/>
            <w:r>
              <w:rPr>
                <w:rFonts w:ascii="Arial" w:hAnsi="Arial" w:cs="Arial"/>
                <w:b/>
                <w:sz w:val="20"/>
                <w:szCs w:val="20"/>
              </w:rPr>
              <w:t>Modèle</w:t>
            </w:r>
            <w:proofErr w:type="spellEnd"/>
            <w:r>
              <w:rPr>
                <w:rFonts w:ascii="Arial" w:hAnsi="Arial" w:cs="Arial"/>
                <w:b/>
                <w:sz w:val="20"/>
                <w:szCs w:val="20"/>
              </w:rPr>
              <w:t xml:space="preserve"> MLD </w:t>
            </w:r>
          </w:p>
          <w:p w:rsidR="00876315" w:rsidRDefault="00876315" w:rsidP="0065453A">
            <w:pPr>
              <w:snapToGrid w:val="0"/>
              <w:rPr>
                <w:rFonts w:ascii="Arial" w:hAnsi="Arial"/>
                <w:bCs/>
                <w:sz w:val="20"/>
                <w:szCs w:val="20"/>
              </w:rPr>
            </w:pPr>
          </w:p>
          <w:p w:rsidR="00876315" w:rsidRDefault="00470E3D" w:rsidP="0065453A">
            <w:pPr>
              <w:snapToGrid w:val="0"/>
              <w:rPr>
                <w:rFonts w:ascii="Arial" w:hAnsi="Arial"/>
                <w:bCs/>
                <w:sz w:val="20"/>
                <w:szCs w:val="20"/>
              </w:rPr>
            </w:pPr>
            <w:r w:rsidRPr="00470E3D">
              <w:rPr>
                <w:rFonts w:ascii="Arial" w:hAnsi="Arial"/>
                <w:bCs/>
                <w:noProof/>
                <w:sz w:val="20"/>
                <w:szCs w:val="20"/>
              </w:rPr>
              <w:lastRenderedPageBreak/>
              <w:drawing>
                <wp:inline distT="0" distB="0" distL="0" distR="0" wp14:anchorId="36B11899" wp14:editId="330E5A87">
                  <wp:extent cx="6294755" cy="2590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4755" cy="2590800"/>
                          </a:xfrm>
                          <a:prstGeom prst="rect">
                            <a:avLst/>
                          </a:prstGeom>
                        </pic:spPr>
                      </pic:pic>
                    </a:graphicData>
                  </a:graphic>
                </wp:inline>
              </w:drawing>
            </w:r>
          </w:p>
          <w:p w:rsidR="00876315" w:rsidRDefault="00876315" w:rsidP="0065453A">
            <w:pPr>
              <w:snapToGrid w:val="0"/>
              <w:rPr>
                <w:rFonts w:ascii="Arial" w:hAnsi="Arial"/>
                <w:bCs/>
                <w:sz w:val="20"/>
                <w:szCs w:val="20"/>
              </w:rPr>
            </w:pPr>
          </w:p>
          <w:p w:rsidR="00876315" w:rsidRPr="00876315" w:rsidRDefault="00876315" w:rsidP="0065453A">
            <w:pPr>
              <w:snapToGrid w:val="0"/>
              <w:rPr>
                <w:rFonts w:ascii="Arial" w:hAnsi="Arial"/>
                <w:bCs/>
                <w:sz w:val="20"/>
                <w:szCs w:val="20"/>
                <w:lang w:val="fr-FR"/>
              </w:rPr>
            </w:pPr>
            <w:r w:rsidRPr="00876315">
              <w:rPr>
                <w:rFonts w:ascii="Arial" w:hAnsi="Arial"/>
                <w:bCs/>
                <w:sz w:val="20"/>
                <w:szCs w:val="20"/>
                <w:lang w:val="fr-FR"/>
              </w:rPr>
              <w:t>7) Modélisation IHM</w:t>
            </w:r>
          </w:p>
          <w:p w:rsidR="00876315" w:rsidRPr="00876315" w:rsidRDefault="00876315" w:rsidP="00871C99">
            <w:pPr>
              <w:snapToGrid w:val="0"/>
              <w:jc w:val="center"/>
              <w:rPr>
                <w:rFonts w:ascii="Arial" w:hAnsi="Arial"/>
                <w:bCs/>
                <w:sz w:val="20"/>
                <w:szCs w:val="20"/>
                <w:lang w:val="fr-FR"/>
              </w:rPr>
            </w:pPr>
          </w:p>
          <w:p w:rsidR="00876315" w:rsidRPr="00871C99" w:rsidRDefault="00876315" w:rsidP="00871C99">
            <w:pPr>
              <w:snapToGrid w:val="0"/>
              <w:jc w:val="center"/>
              <w:rPr>
                <w:rFonts w:ascii="Arial" w:hAnsi="Arial"/>
                <w:b/>
                <w:bCs/>
                <w:sz w:val="20"/>
                <w:szCs w:val="20"/>
                <w:u w:val="single"/>
                <w:lang w:val="fr-FR"/>
              </w:rPr>
            </w:pPr>
            <w:r w:rsidRPr="00871C99">
              <w:rPr>
                <w:rFonts w:ascii="Arial" w:hAnsi="Arial"/>
                <w:b/>
                <w:bCs/>
                <w:sz w:val="20"/>
                <w:szCs w:val="20"/>
                <w:u w:val="single"/>
                <w:lang w:val="fr-FR"/>
              </w:rPr>
              <w:t>Page de connexion :</w:t>
            </w:r>
          </w:p>
          <w:p w:rsidR="00876315" w:rsidRPr="00876315" w:rsidRDefault="00876315" w:rsidP="0065453A">
            <w:pPr>
              <w:snapToGrid w:val="0"/>
              <w:rPr>
                <w:rFonts w:ascii="Arial" w:hAnsi="Arial"/>
                <w:bCs/>
                <w:sz w:val="20"/>
                <w:szCs w:val="20"/>
                <w:lang w:val="fr-FR"/>
              </w:rPr>
            </w:pPr>
          </w:p>
          <w:p w:rsidR="00876315" w:rsidRDefault="001B518F" w:rsidP="0065453A">
            <w:pPr>
              <w:snapToGrid w:val="0"/>
              <w:rPr>
                <w:rFonts w:ascii="Arial" w:hAnsi="Arial"/>
                <w:bCs/>
                <w:sz w:val="20"/>
                <w:szCs w:val="20"/>
              </w:rPr>
            </w:pPr>
            <w:r w:rsidRPr="001B518F">
              <w:rPr>
                <w:rFonts w:ascii="Arial" w:hAnsi="Arial"/>
                <w:bCs/>
                <w:noProof/>
                <w:sz w:val="20"/>
                <w:szCs w:val="20"/>
              </w:rPr>
              <w:drawing>
                <wp:inline distT="0" distB="0" distL="0" distR="0" wp14:anchorId="5478A930" wp14:editId="41A8D520">
                  <wp:extent cx="6294755" cy="31140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4755" cy="3114040"/>
                          </a:xfrm>
                          <a:prstGeom prst="rect">
                            <a:avLst/>
                          </a:prstGeom>
                        </pic:spPr>
                      </pic:pic>
                    </a:graphicData>
                  </a:graphic>
                </wp:inline>
              </w:drawing>
            </w:r>
          </w:p>
          <w:p w:rsidR="00871C99" w:rsidRDefault="00871C99" w:rsidP="0065453A">
            <w:pPr>
              <w:snapToGrid w:val="0"/>
              <w:rPr>
                <w:rFonts w:ascii="Arial" w:hAnsi="Arial"/>
                <w:bCs/>
                <w:sz w:val="20"/>
                <w:szCs w:val="20"/>
              </w:rPr>
            </w:pPr>
          </w:p>
          <w:p w:rsidR="00871C99" w:rsidRDefault="00871C99" w:rsidP="0065453A">
            <w:pPr>
              <w:snapToGrid w:val="0"/>
              <w:rPr>
                <w:rFonts w:ascii="Arial" w:hAnsi="Arial"/>
                <w:bCs/>
                <w:sz w:val="20"/>
                <w:szCs w:val="20"/>
              </w:rPr>
            </w:pPr>
          </w:p>
          <w:p w:rsidR="00871C99" w:rsidRDefault="00871C99" w:rsidP="0065453A">
            <w:pPr>
              <w:snapToGrid w:val="0"/>
              <w:rPr>
                <w:rFonts w:ascii="Arial" w:hAnsi="Arial"/>
                <w:bCs/>
                <w:sz w:val="20"/>
                <w:szCs w:val="20"/>
              </w:rPr>
            </w:pPr>
          </w:p>
          <w:p w:rsidR="00871C99" w:rsidRDefault="00871C99" w:rsidP="0065453A">
            <w:pPr>
              <w:snapToGrid w:val="0"/>
              <w:rPr>
                <w:rFonts w:ascii="Arial" w:hAnsi="Arial"/>
                <w:bCs/>
                <w:sz w:val="20"/>
                <w:szCs w:val="20"/>
              </w:rPr>
            </w:pPr>
          </w:p>
          <w:p w:rsidR="00871C99" w:rsidRDefault="00871C99" w:rsidP="0065453A">
            <w:pPr>
              <w:snapToGrid w:val="0"/>
              <w:rPr>
                <w:rFonts w:ascii="Arial" w:hAnsi="Arial"/>
                <w:bCs/>
                <w:sz w:val="20"/>
                <w:szCs w:val="20"/>
              </w:rPr>
            </w:pPr>
          </w:p>
          <w:p w:rsidR="00871C99" w:rsidRDefault="00871C99" w:rsidP="0065453A">
            <w:pPr>
              <w:snapToGrid w:val="0"/>
              <w:rPr>
                <w:rFonts w:ascii="Arial" w:hAnsi="Arial"/>
                <w:bCs/>
                <w:sz w:val="20"/>
                <w:szCs w:val="20"/>
              </w:rPr>
            </w:pPr>
          </w:p>
          <w:p w:rsidR="00871C99" w:rsidRDefault="00871C99" w:rsidP="0065453A">
            <w:pPr>
              <w:snapToGrid w:val="0"/>
              <w:rPr>
                <w:rFonts w:ascii="Arial" w:hAnsi="Arial"/>
                <w:bCs/>
                <w:sz w:val="20"/>
                <w:szCs w:val="20"/>
              </w:rPr>
            </w:pPr>
          </w:p>
          <w:p w:rsidR="00876315" w:rsidRPr="00871C99" w:rsidRDefault="00876315" w:rsidP="00871C99">
            <w:pPr>
              <w:snapToGrid w:val="0"/>
              <w:jc w:val="center"/>
              <w:rPr>
                <w:rFonts w:ascii="Arial" w:hAnsi="Arial"/>
                <w:b/>
                <w:bCs/>
                <w:sz w:val="20"/>
                <w:szCs w:val="20"/>
                <w:u w:val="single"/>
              </w:rPr>
            </w:pPr>
            <w:r w:rsidRPr="00871C99">
              <w:rPr>
                <w:rFonts w:ascii="Arial" w:hAnsi="Arial"/>
                <w:b/>
                <w:bCs/>
                <w:sz w:val="20"/>
                <w:szCs w:val="20"/>
                <w:u w:val="single"/>
              </w:rPr>
              <w:lastRenderedPageBreak/>
              <w:t xml:space="preserve">Vue </w:t>
            </w:r>
            <w:proofErr w:type="gramStart"/>
            <w:r w:rsidRPr="00871C99">
              <w:rPr>
                <w:rFonts w:ascii="Arial" w:hAnsi="Arial"/>
                <w:b/>
                <w:bCs/>
                <w:sz w:val="20"/>
                <w:szCs w:val="20"/>
                <w:u w:val="single"/>
              </w:rPr>
              <w:t>Dashboard :</w:t>
            </w:r>
            <w:proofErr w:type="gramEnd"/>
          </w:p>
          <w:p w:rsidR="00876315" w:rsidRPr="00871C99" w:rsidRDefault="00512555" w:rsidP="00512555">
            <w:pPr>
              <w:snapToGrid w:val="0"/>
              <w:jc w:val="center"/>
              <w:rPr>
                <w:rFonts w:ascii="Arial" w:hAnsi="Arial"/>
                <w:b/>
                <w:bCs/>
                <w:sz w:val="20"/>
                <w:szCs w:val="20"/>
                <w:u w:val="single"/>
              </w:rPr>
            </w:pPr>
            <w:r w:rsidRPr="00871C99">
              <w:rPr>
                <w:rFonts w:ascii="Arial" w:hAnsi="Arial"/>
                <w:b/>
                <w:bCs/>
                <w:sz w:val="20"/>
                <w:szCs w:val="20"/>
                <w:u w:val="single"/>
              </w:rPr>
              <w:t>Chef</w:t>
            </w:r>
          </w:p>
          <w:p w:rsidR="00512555" w:rsidRDefault="00512555" w:rsidP="00512555">
            <w:pPr>
              <w:snapToGrid w:val="0"/>
              <w:jc w:val="center"/>
              <w:rPr>
                <w:rFonts w:ascii="Arial" w:hAnsi="Arial"/>
                <w:bCs/>
                <w:sz w:val="20"/>
                <w:szCs w:val="20"/>
              </w:rPr>
            </w:pPr>
            <w:r w:rsidRPr="00512555">
              <w:rPr>
                <w:rFonts w:ascii="Arial" w:hAnsi="Arial"/>
                <w:bCs/>
                <w:noProof/>
                <w:sz w:val="20"/>
                <w:szCs w:val="20"/>
              </w:rPr>
              <w:drawing>
                <wp:inline distT="0" distB="0" distL="0" distR="0" wp14:anchorId="65922B5A" wp14:editId="27D7CD07">
                  <wp:extent cx="6294755" cy="38379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4755" cy="3837940"/>
                          </a:xfrm>
                          <a:prstGeom prst="rect">
                            <a:avLst/>
                          </a:prstGeom>
                        </pic:spPr>
                      </pic:pic>
                    </a:graphicData>
                  </a:graphic>
                </wp:inline>
              </w:drawing>
            </w:r>
          </w:p>
          <w:p w:rsidR="00876315" w:rsidRPr="00871C99" w:rsidRDefault="00512555" w:rsidP="00512555">
            <w:pPr>
              <w:snapToGrid w:val="0"/>
              <w:jc w:val="center"/>
              <w:rPr>
                <w:rFonts w:ascii="Arial" w:hAnsi="Arial"/>
                <w:b/>
                <w:bCs/>
                <w:sz w:val="20"/>
                <w:szCs w:val="20"/>
                <w:u w:val="single"/>
              </w:rPr>
            </w:pPr>
            <w:proofErr w:type="spellStart"/>
            <w:r w:rsidRPr="00871C99">
              <w:rPr>
                <w:rFonts w:ascii="Arial" w:hAnsi="Arial"/>
                <w:b/>
                <w:bCs/>
                <w:sz w:val="20"/>
                <w:szCs w:val="20"/>
                <w:u w:val="single"/>
              </w:rPr>
              <w:t>Délégué</w:t>
            </w:r>
            <w:proofErr w:type="spellEnd"/>
          </w:p>
          <w:p w:rsidR="00512555" w:rsidRPr="001C04B4" w:rsidRDefault="00512555" w:rsidP="00512555">
            <w:pPr>
              <w:snapToGrid w:val="0"/>
              <w:jc w:val="center"/>
              <w:rPr>
                <w:rFonts w:ascii="Arial" w:hAnsi="Arial"/>
                <w:bCs/>
                <w:sz w:val="20"/>
                <w:szCs w:val="20"/>
              </w:rPr>
            </w:pPr>
            <w:r w:rsidRPr="00512555">
              <w:rPr>
                <w:rFonts w:ascii="Arial" w:hAnsi="Arial"/>
                <w:bCs/>
                <w:noProof/>
                <w:sz w:val="20"/>
                <w:szCs w:val="20"/>
              </w:rPr>
              <w:drawing>
                <wp:inline distT="0" distB="0" distL="0" distR="0" wp14:anchorId="27B863B8" wp14:editId="2164B49A">
                  <wp:extent cx="6294755" cy="22764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4755" cy="2276475"/>
                          </a:xfrm>
                          <a:prstGeom prst="rect">
                            <a:avLst/>
                          </a:prstGeom>
                        </pic:spPr>
                      </pic:pic>
                    </a:graphicData>
                  </a:graphic>
                </wp:inline>
              </w:drawing>
            </w:r>
          </w:p>
          <w:p w:rsidR="00871C99" w:rsidRDefault="00871C99" w:rsidP="00512555">
            <w:pPr>
              <w:snapToGrid w:val="0"/>
              <w:jc w:val="center"/>
              <w:rPr>
                <w:rFonts w:ascii="Arial" w:hAnsi="Arial"/>
                <w:bCs/>
                <w:sz w:val="20"/>
                <w:szCs w:val="20"/>
              </w:rPr>
            </w:pPr>
          </w:p>
          <w:p w:rsidR="00871C99" w:rsidRDefault="00871C99" w:rsidP="00512555">
            <w:pPr>
              <w:snapToGrid w:val="0"/>
              <w:jc w:val="center"/>
              <w:rPr>
                <w:rFonts w:ascii="Arial" w:hAnsi="Arial"/>
                <w:bCs/>
                <w:sz w:val="20"/>
                <w:szCs w:val="20"/>
              </w:rPr>
            </w:pPr>
          </w:p>
          <w:p w:rsidR="00871C99" w:rsidRDefault="00871C99" w:rsidP="00512555">
            <w:pPr>
              <w:snapToGrid w:val="0"/>
              <w:jc w:val="center"/>
              <w:rPr>
                <w:rFonts w:ascii="Arial" w:hAnsi="Arial"/>
                <w:bCs/>
                <w:sz w:val="20"/>
                <w:szCs w:val="20"/>
              </w:rPr>
            </w:pPr>
          </w:p>
          <w:p w:rsidR="00871C99" w:rsidRDefault="00871C99" w:rsidP="00512555">
            <w:pPr>
              <w:snapToGrid w:val="0"/>
              <w:jc w:val="center"/>
              <w:rPr>
                <w:rFonts w:ascii="Arial" w:hAnsi="Arial"/>
                <w:bCs/>
                <w:sz w:val="20"/>
                <w:szCs w:val="20"/>
              </w:rPr>
            </w:pPr>
          </w:p>
          <w:p w:rsidR="00871C99" w:rsidRDefault="00871C99" w:rsidP="00512555">
            <w:pPr>
              <w:snapToGrid w:val="0"/>
              <w:jc w:val="center"/>
              <w:rPr>
                <w:rFonts w:ascii="Arial" w:hAnsi="Arial"/>
                <w:bCs/>
                <w:sz w:val="20"/>
                <w:szCs w:val="20"/>
              </w:rPr>
            </w:pPr>
          </w:p>
          <w:p w:rsidR="00871C99" w:rsidRDefault="00871C99" w:rsidP="00512555">
            <w:pPr>
              <w:snapToGrid w:val="0"/>
              <w:jc w:val="center"/>
              <w:rPr>
                <w:rFonts w:ascii="Arial" w:hAnsi="Arial"/>
                <w:bCs/>
                <w:sz w:val="20"/>
                <w:szCs w:val="20"/>
              </w:rPr>
            </w:pPr>
          </w:p>
          <w:p w:rsidR="00871C99" w:rsidRDefault="00871C99" w:rsidP="00512555">
            <w:pPr>
              <w:snapToGrid w:val="0"/>
              <w:jc w:val="center"/>
              <w:rPr>
                <w:rFonts w:ascii="Arial" w:hAnsi="Arial"/>
                <w:bCs/>
                <w:sz w:val="20"/>
                <w:szCs w:val="20"/>
              </w:rPr>
            </w:pPr>
          </w:p>
          <w:p w:rsidR="00876315" w:rsidRPr="00871C99" w:rsidRDefault="00512555" w:rsidP="00512555">
            <w:pPr>
              <w:snapToGrid w:val="0"/>
              <w:jc w:val="center"/>
              <w:rPr>
                <w:rFonts w:ascii="Arial" w:hAnsi="Arial"/>
                <w:b/>
                <w:bCs/>
                <w:sz w:val="20"/>
                <w:szCs w:val="20"/>
                <w:u w:val="single"/>
              </w:rPr>
            </w:pPr>
            <w:proofErr w:type="spellStart"/>
            <w:r w:rsidRPr="00871C99">
              <w:rPr>
                <w:rFonts w:ascii="Arial" w:hAnsi="Arial"/>
                <w:b/>
                <w:bCs/>
                <w:sz w:val="20"/>
                <w:szCs w:val="20"/>
                <w:u w:val="single"/>
              </w:rPr>
              <w:lastRenderedPageBreak/>
              <w:t>Visiteur</w:t>
            </w:r>
            <w:proofErr w:type="spellEnd"/>
          </w:p>
          <w:p w:rsidR="00512555" w:rsidRDefault="00512555" w:rsidP="00512555">
            <w:pPr>
              <w:snapToGrid w:val="0"/>
              <w:jc w:val="center"/>
              <w:rPr>
                <w:rFonts w:ascii="Arial" w:hAnsi="Arial"/>
                <w:bCs/>
                <w:sz w:val="20"/>
                <w:szCs w:val="20"/>
              </w:rPr>
            </w:pPr>
            <w:r w:rsidRPr="00512555">
              <w:rPr>
                <w:rFonts w:ascii="Arial" w:hAnsi="Arial"/>
                <w:bCs/>
                <w:noProof/>
                <w:sz w:val="20"/>
                <w:szCs w:val="20"/>
              </w:rPr>
              <w:drawing>
                <wp:inline distT="0" distB="0" distL="0" distR="0" wp14:anchorId="5BA7F180" wp14:editId="25C69BBA">
                  <wp:extent cx="6294755" cy="2273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94755" cy="2273300"/>
                          </a:xfrm>
                          <a:prstGeom prst="rect">
                            <a:avLst/>
                          </a:prstGeom>
                        </pic:spPr>
                      </pic:pic>
                    </a:graphicData>
                  </a:graphic>
                </wp:inline>
              </w:drawing>
            </w:r>
          </w:p>
          <w:p w:rsidR="00876315" w:rsidRPr="00871C99" w:rsidRDefault="00CF223E" w:rsidP="00871C99">
            <w:pPr>
              <w:snapToGrid w:val="0"/>
              <w:jc w:val="center"/>
              <w:rPr>
                <w:rFonts w:ascii="Arial" w:hAnsi="Arial"/>
                <w:b/>
                <w:bCs/>
                <w:sz w:val="20"/>
                <w:szCs w:val="20"/>
                <w:u w:val="single"/>
                <w:lang w:val="fr-FR"/>
              </w:rPr>
            </w:pPr>
            <w:r w:rsidRPr="00871C99">
              <w:rPr>
                <w:rFonts w:ascii="Arial" w:hAnsi="Arial"/>
                <w:b/>
                <w:bCs/>
                <w:sz w:val="20"/>
                <w:szCs w:val="20"/>
                <w:u w:val="single"/>
                <w:lang w:val="fr-FR"/>
              </w:rPr>
              <w:t>C</w:t>
            </w:r>
            <w:r w:rsidR="00876315" w:rsidRPr="00871C99">
              <w:rPr>
                <w:rFonts w:ascii="Arial" w:hAnsi="Arial"/>
                <w:b/>
                <w:bCs/>
                <w:sz w:val="20"/>
                <w:szCs w:val="20"/>
                <w:u w:val="single"/>
                <w:lang w:val="fr-FR"/>
              </w:rPr>
              <w:t>réation d’un</w:t>
            </w:r>
            <w:r w:rsidR="00512555" w:rsidRPr="00871C99">
              <w:rPr>
                <w:rFonts w:ascii="Arial" w:hAnsi="Arial"/>
                <w:b/>
                <w:bCs/>
                <w:sz w:val="20"/>
                <w:szCs w:val="20"/>
                <w:u w:val="single"/>
                <w:lang w:val="fr-FR"/>
              </w:rPr>
              <w:t xml:space="preserve"> rendez-vous</w:t>
            </w:r>
            <w:r w:rsidR="00876315" w:rsidRPr="00871C99">
              <w:rPr>
                <w:rFonts w:ascii="Arial" w:hAnsi="Arial"/>
                <w:b/>
                <w:bCs/>
                <w:sz w:val="20"/>
                <w:szCs w:val="20"/>
                <w:u w:val="single"/>
                <w:lang w:val="fr-FR"/>
              </w:rPr>
              <w:t> :</w:t>
            </w:r>
          </w:p>
          <w:p w:rsidR="00876315" w:rsidRPr="00512555" w:rsidRDefault="00512555" w:rsidP="0065453A">
            <w:pPr>
              <w:snapToGrid w:val="0"/>
              <w:rPr>
                <w:rFonts w:ascii="Arial" w:hAnsi="Arial"/>
                <w:bCs/>
                <w:sz w:val="20"/>
                <w:szCs w:val="20"/>
                <w:lang w:val="fr-FR"/>
              </w:rPr>
            </w:pPr>
            <w:r w:rsidRPr="00512555">
              <w:rPr>
                <w:rFonts w:ascii="Arial" w:hAnsi="Arial"/>
                <w:bCs/>
                <w:noProof/>
                <w:sz w:val="20"/>
                <w:szCs w:val="20"/>
                <w:lang w:val="fr-FR"/>
              </w:rPr>
              <w:drawing>
                <wp:inline distT="0" distB="0" distL="0" distR="0" wp14:anchorId="7C2D4D48" wp14:editId="62736210">
                  <wp:extent cx="6294755" cy="352679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4755" cy="3526790"/>
                          </a:xfrm>
                          <a:prstGeom prst="rect">
                            <a:avLst/>
                          </a:prstGeom>
                        </pic:spPr>
                      </pic:pic>
                    </a:graphicData>
                  </a:graphic>
                </wp:inline>
              </w:drawing>
            </w:r>
          </w:p>
          <w:p w:rsidR="00871C99" w:rsidRDefault="00871C99" w:rsidP="00871C99">
            <w:pPr>
              <w:snapToGrid w:val="0"/>
              <w:jc w:val="center"/>
              <w:rPr>
                <w:rFonts w:ascii="Arial" w:hAnsi="Arial"/>
                <w:b/>
                <w:bCs/>
                <w:sz w:val="20"/>
                <w:szCs w:val="20"/>
                <w:u w:val="single"/>
                <w:lang w:val="fr-FR"/>
              </w:rPr>
            </w:pPr>
          </w:p>
          <w:p w:rsidR="00871C99" w:rsidRDefault="00871C99" w:rsidP="00871C99">
            <w:pPr>
              <w:snapToGrid w:val="0"/>
              <w:jc w:val="center"/>
              <w:rPr>
                <w:rFonts w:ascii="Arial" w:hAnsi="Arial"/>
                <w:b/>
                <w:bCs/>
                <w:sz w:val="20"/>
                <w:szCs w:val="20"/>
                <w:u w:val="single"/>
                <w:lang w:val="fr-FR"/>
              </w:rPr>
            </w:pPr>
          </w:p>
          <w:p w:rsidR="00871C99" w:rsidRDefault="00871C99" w:rsidP="00871C99">
            <w:pPr>
              <w:snapToGrid w:val="0"/>
              <w:jc w:val="center"/>
              <w:rPr>
                <w:rFonts w:ascii="Arial" w:hAnsi="Arial"/>
                <w:b/>
                <w:bCs/>
                <w:sz w:val="20"/>
                <w:szCs w:val="20"/>
                <w:u w:val="single"/>
                <w:lang w:val="fr-FR"/>
              </w:rPr>
            </w:pPr>
          </w:p>
          <w:p w:rsidR="00871C99" w:rsidRDefault="00871C99" w:rsidP="00871C99">
            <w:pPr>
              <w:snapToGrid w:val="0"/>
              <w:jc w:val="center"/>
              <w:rPr>
                <w:rFonts w:ascii="Arial" w:hAnsi="Arial"/>
                <w:b/>
                <w:bCs/>
                <w:sz w:val="20"/>
                <w:szCs w:val="20"/>
                <w:u w:val="single"/>
                <w:lang w:val="fr-FR"/>
              </w:rPr>
            </w:pPr>
          </w:p>
          <w:p w:rsidR="00871C99" w:rsidRDefault="00871C99" w:rsidP="00871C99">
            <w:pPr>
              <w:snapToGrid w:val="0"/>
              <w:jc w:val="center"/>
              <w:rPr>
                <w:rFonts w:ascii="Arial" w:hAnsi="Arial"/>
                <w:b/>
                <w:bCs/>
                <w:sz w:val="20"/>
                <w:szCs w:val="20"/>
                <w:u w:val="single"/>
                <w:lang w:val="fr-FR"/>
              </w:rPr>
            </w:pPr>
          </w:p>
          <w:p w:rsidR="00871C99" w:rsidRDefault="00871C99" w:rsidP="00871C99">
            <w:pPr>
              <w:snapToGrid w:val="0"/>
              <w:jc w:val="center"/>
              <w:rPr>
                <w:rFonts w:ascii="Arial" w:hAnsi="Arial"/>
                <w:b/>
                <w:bCs/>
                <w:sz w:val="20"/>
                <w:szCs w:val="20"/>
                <w:u w:val="single"/>
                <w:lang w:val="fr-FR"/>
              </w:rPr>
            </w:pPr>
          </w:p>
          <w:p w:rsidR="00871C99" w:rsidRDefault="00871C99" w:rsidP="00871C99">
            <w:pPr>
              <w:snapToGrid w:val="0"/>
              <w:jc w:val="center"/>
              <w:rPr>
                <w:rFonts w:ascii="Arial" w:hAnsi="Arial"/>
                <w:b/>
                <w:bCs/>
                <w:sz w:val="20"/>
                <w:szCs w:val="20"/>
                <w:u w:val="single"/>
                <w:lang w:val="fr-FR"/>
              </w:rPr>
            </w:pPr>
          </w:p>
          <w:p w:rsidR="00871C99" w:rsidRDefault="00871C99" w:rsidP="00871C99">
            <w:pPr>
              <w:snapToGrid w:val="0"/>
              <w:jc w:val="center"/>
              <w:rPr>
                <w:rFonts w:ascii="Arial" w:hAnsi="Arial"/>
                <w:b/>
                <w:bCs/>
                <w:sz w:val="20"/>
                <w:szCs w:val="20"/>
                <w:u w:val="single"/>
                <w:lang w:val="fr-FR"/>
              </w:rPr>
            </w:pPr>
          </w:p>
          <w:p w:rsidR="00871C99" w:rsidRDefault="00871C99" w:rsidP="00871C99">
            <w:pPr>
              <w:snapToGrid w:val="0"/>
              <w:jc w:val="center"/>
              <w:rPr>
                <w:rFonts w:ascii="Arial" w:hAnsi="Arial"/>
                <w:b/>
                <w:bCs/>
                <w:sz w:val="20"/>
                <w:szCs w:val="20"/>
                <w:u w:val="single"/>
                <w:lang w:val="fr-FR"/>
              </w:rPr>
            </w:pPr>
          </w:p>
          <w:p w:rsidR="00512555" w:rsidRPr="00871C99" w:rsidRDefault="00876315" w:rsidP="00871C99">
            <w:pPr>
              <w:snapToGrid w:val="0"/>
              <w:jc w:val="center"/>
              <w:rPr>
                <w:rFonts w:ascii="Arial" w:hAnsi="Arial"/>
                <w:b/>
                <w:bCs/>
                <w:sz w:val="20"/>
                <w:szCs w:val="20"/>
                <w:u w:val="single"/>
                <w:lang w:val="fr-FR"/>
              </w:rPr>
            </w:pPr>
            <w:r w:rsidRPr="00871C99">
              <w:rPr>
                <w:rFonts w:ascii="Arial" w:hAnsi="Arial"/>
                <w:b/>
                <w:bCs/>
                <w:sz w:val="20"/>
                <w:szCs w:val="20"/>
                <w:u w:val="single"/>
                <w:lang w:val="fr-FR"/>
              </w:rPr>
              <w:lastRenderedPageBreak/>
              <w:t xml:space="preserve">Vue </w:t>
            </w:r>
            <w:r w:rsidR="00512555" w:rsidRPr="00871C99">
              <w:rPr>
                <w:rFonts w:ascii="Arial" w:hAnsi="Arial"/>
                <w:b/>
                <w:bCs/>
                <w:sz w:val="20"/>
                <w:szCs w:val="20"/>
                <w:u w:val="single"/>
                <w:lang w:val="fr-FR"/>
              </w:rPr>
              <w:t>du détail des médicaments</w:t>
            </w:r>
            <w:r w:rsidRPr="00871C99">
              <w:rPr>
                <w:rFonts w:ascii="Arial" w:hAnsi="Arial"/>
                <w:b/>
                <w:bCs/>
                <w:sz w:val="20"/>
                <w:szCs w:val="20"/>
                <w:u w:val="single"/>
                <w:lang w:val="fr-FR"/>
              </w:rPr>
              <w:t> </w:t>
            </w:r>
            <w:r w:rsidR="00423801" w:rsidRPr="00871C99">
              <w:rPr>
                <w:rFonts w:ascii="Arial" w:hAnsi="Arial"/>
                <w:b/>
                <w:bCs/>
                <w:sz w:val="20"/>
                <w:szCs w:val="20"/>
                <w:u w:val="single"/>
                <w:lang w:val="fr-FR"/>
              </w:rPr>
              <w:t xml:space="preserve">par les </w:t>
            </w:r>
            <w:proofErr w:type="gramStart"/>
            <w:r w:rsidR="00423801" w:rsidRPr="00871C99">
              <w:rPr>
                <w:rFonts w:ascii="Arial" w:hAnsi="Arial"/>
                <w:b/>
                <w:bCs/>
                <w:sz w:val="20"/>
                <w:szCs w:val="20"/>
                <w:u w:val="single"/>
                <w:lang w:val="fr-FR"/>
              </w:rPr>
              <w:t>chefs</w:t>
            </w:r>
            <w:r w:rsidRPr="00871C99">
              <w:rPr>
                <w:rFonts w:ascii="Arial" w:hAnsi="Arial"/>
                <w:b/>
                <w:bCs/>
                <w:sz w:val="20"/>
                <w:szCs w:val="20"/>
                <w:u w:val="single"/>
                <w:lang w:val="fr-FR"/>
              </w:rPr>
              <w:t>:</w:t>
            </w:r>
            <w:proofErr w:type="gramEnd"/>
          </w:p>
          <w:p w:rsidR="00876315" w:rsidRPr="00876315" w:rsidRDefault="00512555" w:rsidP="0065453A">
            <w:pPr>
              <w:snapToGrid w:val="0"/>
              <w:rPr>
                <w:rFonts w:ascii="Arial" w:hAnsi="Arial"/>
                <w:bCs/>
                <w:sz w:val="20"/>
                <w:szCs w:val="20"/>
                <w:lang w:val="fr-FR"/>
              </w:rPr>
            </w:pPr>
            <w:r w:rsidRPr="00512555">
              <w:rPr>
                <w:rFonts w:ascii="Arial" w:hAnsi="Arial"/>
                <w:bCs/>
                <w:noProof/>
                <w:sz w:val="20"/>
                <w:szCs w:val="20"/>
                <w:lang w:val="fr-FR"/>
              </w:rPr>
              <w:drawing>
                <wp:inline distT="0" distB="0" distL="0" distR="0" wp14:anchorId="3C10B221" wp14:editId="4430D95E">
                  <wp:extent cx="6294755" cy="397573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4755" cy="3975735"/>
                          </a:xfrm>
                          <a:prstGeom prst="rect">
                            <a:avLst/>
                          </a:prstGeom>
                        </pic:spPr>
                      </pic:pic>
                    </a:graphicData>
                  </a:graphic>
                </wp:inline>
              </w:drawing>
            </w:r>
            <w:r w:rsidR="00876315" w:rsidRPr="00876315">
              <w:rPr>
                <w:rFonts w:ascii="Arial" w:hAnsi="Arial"/>
                <w:bCs/>
                <w:sz w:val="20"/>
                <w:szCs w:val="20"/>
                <w:lang w:val="fr-FR"/>
              </w:rPr>
              <w:t xml:space="preserve"> </w:t>
            </w:r>
          </w:p>
          <w:p w:rsidR="00876315" w:rsidRPr="00871C99" w:rsidRDefault="00876315" w:rsidP="00871C99">
            <w:pPr>
              <w:snapToGrid w:val="0"/>
              <w:jc w:val="center"/>
              <w:rPr>
                <w:rFonts w:ascii="Arial" w:hAnsi="Arial"/>
                <w:b/>
                <w:bCs/>
                <w:sz w:val="20"/>
                <w:szCs w:val="20"/>
                <w:u w:val="single"/>
                <w:lang w:val="fr-FR"/>
              </w:rPr>
            </w:pPr>
            <w:r w:rsidRPr="00871C99">
              <w:rPr>
                <w:rFonts w:ascii="Arial" w:hAnsi="Arial"/>
                <w:b/>
                <w:bCs/>
                <w:sz w:val="20"/>
                <w:szCs w:val="20"/>
                <w:u w:val="single"/>
                <w:lang w:val="fr-FR"/>
              </w:rPr>
              <w:t xml:space="preserve">Vue </w:t>
            </w:r>
            <w:r w:rsidR="00512555" w:rsidRPr="00871C99">
              <w:rPr>
                <w:rFonts w:ascii="Arial" w:hAnsi="Arial"/>
                <w:b/>
                <w:bCs/>
                <w:sz w:val="20"/>
                <w:szCs w:val="20"/>
                <w:u w:val="single"/>
                <w:lang w:val="fr-FR"/>
              </w:rPr>
              <w:t>de tous les rendez-vous par les chefs</w:t>
            </w:r>
            <w:r w:rsidRPr="00871C99">
              <w:rPr>
                <w:rFonts w:ascii="Arial" w:hAnsi="Arial"/>
                <w:b/>
                <w:bCs/>
                <w:sz w:val="20"/>
                <w:szCs w:val="20"/>
                <w:u w:val="single"/>
                <w:lang w:val="fr-FR"/>
              </w:rPr>
              <w:t> :</w:t>
            </w:r>
          </w:p>
          <w:p w:rsidR="00423801" w:rsidRDefault="00512555" w:rsidP="0065453A">
            <w:pPr>
              <w:snapToGrid w:val="0"/>
              <w:rPr>
                <w:rFonts w:ascii="Arial" w:hAnsi="Arial"/>
                <w:bCs/>
                <w:sz w:val="20"/>
                <w:szCs w:val="20"/>
                <w:lang w:val="fr-FR"/>
              </w:rPr>
            </w:pPr>
            <w:r w:rsidRPr="00512555">
              <w:rPr>
                <w:rFonts w:ascii="Arial" w:hAnsi="Arial"/>
                <w:bCs/>
                <w:noProof/>
                <w:sz w:val="20"/>
                <w:szCs w:val="20"/>
                <w:lang w:val="fr-FR"/>
              </w:rPr>
              <w:drawing>
                <wp:inline distT="0" distB="0" distL="0" distR="0" wp14:anchorId="13922868" wp14:editId="2CD610E5">
                  <wp:extent cx="6294755" cy="3846830"/>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4755" cy="3846830"/>
                          </a:xfrm>
                          <a:prstGeom prst="rect">
                            <a:avLst/>
                          </a:prstGeom>
                        </pic:spPr>
                      </pic:pic>
                    </a:graphicData>
                  </a:graphic>
                </wp:inline>
              </w:drawing>
            </w:r>
          </w:p>
          <w:p w:rsidR="00871C99" w:rsidRDefault="00871C99" w:rsidP="0065453A">
            <w:pPr>
              <w:snapToGrid w:val="0"/>
              <w:rPr>
                <w:rFonts w:ascii="Arial" w:hAnsi="Arial"/>
                <w:bCs/>
                <w:sz w:val="20"/>
                <w:szCs w:val="20"/>
                <w:lang w:val="fr-FR"/>
              </w:rPr>
            </w:pPr>
          </w:p>
          <w:p w:rsidR="00871C99" w:rsidRDefault="00871C99" w:rsidP="0065453A">
            <w:pPr>
              <w:snapToGrid w:val="0"/>
              <w:rPr>
                <w:rFonts w:ascii="Arial" w:hAnsi="Arial"/>
                <w:bCs/>
                <w:sz w:val="20"/>
                <w:szCs w:val="20"/>
                <w:lang w:val="fr-FR"/>
              </w:rPr>
            </w:pPr>
          </w:p>
          <w:p w:rsidR="00871C99" w:rsidRPr="00871C99" w:rsidRDefault="00CF223E" w:rsidP="00871C99">
            <w:pPr>
              <w:snapToGrid w:val="0"/>
              <w:jc w:val="center"/>
              <w:rPr>
                <w:rFonts w:ascii="Arial" w:hAnsi="Arial"/>
                <w:b/>
                <w:bCs/>
                <w:sz w:val="20"/>
                <w:szCs w:val="20"/>
                <w:u w:val="single"/>
                <w:lang w:val="fr-FR"/>
              </w:rPr>
            </w:pPr>
            <w:r w:rsidRPr="00871C99">
              <w:rPr>
                <w:rFonts w:ascii="Arial" w:hAnsi="Arial"/>
                <w:b/>
                <w:bCs/>
                <w:sz w:val="20"/>
                <w:szCs w:val="20"/>
                <w:u w:val="single"/>
                <w:lang w:val="fr-FR"/>
              </w:rPr>
              <w:lastRenderedPageBreak/>
              <w:t>Liste des p</w:t>
            </w:r>
            <w:r w:rsidR="00423801" w:rsidRPr="00871C99">
              <w:rPr>
                <w:rFonts w:ascii="Arial" w:hAnsi="Arial"/>
                <w:b/>
                <w:bCs/>
                <w:sz w:val="20"/>
                <w:szCs w:val="20"/>
                <w:u w:val="single"/>
                <w:lang w:val="fr-FR"/>
              </w:rPr>
              <w:t>rofessionnels de santé par les chefs :</w:t>
            </w:r>
          </w:p>
          <w:p w:rsidR="00423801" w:rsidRDefault="00423801" w:rsidP="0065453A">
            <w:pPr>
              <w:snapToGrid w:val="0"/>
              <w:rPr>
                <w:rFonts w:ascii="Arial" w:hAnsi="Arial"/>
                <w:bCs/>
                <w:sz w:val="20"/>
                <w:szCs w:val="20"/>
                <w:lang w:val="fr-FR"/>
              </w:rPr>
            </w:pPr>
            <w:r w:rsidRPr="00423801">
              <w:rPr>
                <w:rFonts w:ascii="Arial" w:hAnsi="Arial"/>
                <w:bCs/>
                <w:noProof/>
                <w:sz w:val="20"/>
                <w:szCs w:val="20"/>
                <w:lang w:val="fr-FR"/>
              </w:rPr>
              <w:drawing>
                <wp:inline distT="0" distB="0" distL="0" distR="0" wp14:anchorId="02C6F10E" wp14:editId="573ED9C3">
                  <wp:extent cx="6294755" cy="430784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4755" cy="4307840"/>
                          </a:xfrm>
                          <a:prstGeom prst="rect">
                            <a:avLst/>
                          </a:prstGeom>
                        </pic:spPr>
                      </pic:pic>
                    </a:graphicData>
                  </a:graphic>
                </wp:inline>
              </w:drawing>
            </w:r>
          </w:p>
          <w:p w:rsidR="00423801" w:rsidRPr="00871C99" w:rsidRDefault="00423801" w:rsidP="00871C99">
            <w:pPr>
              <w:snapToGrid w:val="0"/>
              <w:jc w:val="center"/>
              <w:rPr>
                <w:rFonts w:ascii="Arial" w:hAnsi="Arial"/>
                <w:b/>
                <w:bCs/>
                <w:sz w:val="20"/>
                <w:szCs w:val="20"/>
                <w:u w:val="single"/>
                <w:lang w:val="fr-FR"/>
              </w:rPr>
            </w:pPr>
          </w:p>
          <w:p w:rsidR="00423801" w:rsidRPr="00871C99" w:rsidRDefault="00423801" w:rsidP="00871C99">
            <w:pPr>
              <w:snapToGrid w:val="0"/>
              <w:jc w:val="center"/>
              <w:rPr>
                <w:rFonts w:ascii="Arial" w:hAnsi="Arial"/>
                <w:b/>
                <w:bCs/>
                <w:sz w:val="20"/>
                <w:szCs w:val="20"/>
                <w:u w:val="single"/>
                <w:lang w:val="fr-FR"/>
              </w:rPr>
            </w:pPr>
            <w:r w:rsidRPr="00871C99">
              <w:rPr>
                <w:rFonts w:ascii="Arial" w:hAnsi="Arial"/>
                <w:b/>
                <w:bCs/>
                <w:sz w:val="20"/>
                <w:szCs w:val="20"/>
                <w:u w:val="single"/>
                <w:lang w:val="fr-FR"/>
              </w:rPr>
              <w:t>Ajout d’un professionnel de santé par les chefs :</w:t>
            </w:r>
          </w:p>
          <w:p w:rsidR="00423801" w:rsidRDefault="00423801" w:rsidP="0065453A">
            <w:pPr>
              <w:snapToGrid w:val="0"/>
              <w:rPr>
                <w:rFonts w:ascii="Arial" w:hAnsi="Arial"/>
                <w:bCs/>
                <w:sz w:val="20"/>
                <w:szCs w:val="20"/>
                <w:lang w:val="fr-FR"/>
              </w:rPr>
            </w:pPr>
            <w:r w:rsidRPr="00423801">
              <w:rPr>
                <w:rFonts w:ascii="Arial" w:hAnsi="Arial"/>
                <w:bCs/>
                <w:noProof/>
                <w:sz w:val="20"/>
                <w:szCs w:val="20"/>
                <w:lang w:val="fr-FR"/>
              </w:rPr>
              <w:drawing>
                <wp:inline distT="0" distB="0" distL="0" distR="0" wp14:anchorId="13F3049E" wp14:editId="41BB4BD4">
                  <wp:extent cx="6294755" cy="2513330"/>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4755" cy="2513330"/>
                          </a:xfrm>
                          <a:prstGeom prst="rect">
                            <a:avLst/>
                          </a:prstGeom>
                        </pic:spPr>
                      </pic:pic>
                    </a:graphicData>
                  </a:graphic>
                </wp:inline>
              </w:drawing>
            </w:r>
          </w:p>
          <w:p w:rsidR="00871C99" w:rsidRDefault="00871C99" w:rsidP="0065453A">
            <w:pPr>
              <w:snapToGrid w:val="0"/>
              <w:rPr>
                <w:rFonts w:ascii="Arial" w:hAnsi="Arial"/>
                <w:bCs/>
                <w:sz w:val="20"/>
                <w:szCs w:val="20"/>
                <w:lang w:val="fr-FR"/>
              </w:rPr>
            </w:pPr>
          </w:p>
          <w:p w:rsidR="00871C99" w:rsidRDefault="00871C99" w:rsidP="0065453A">
            <w:pPr>
              <w:snapToGrid w:val="0"/>
              <w:rPr>
                <w:rFonts w:ascii="Arial" w:hAnsi="Arial"/>
                <w:bCs/>
                <w:sz w:val="20"/>
                <w:szCs w:val="20"/>
                <w:lang w:val="fr-FR"/>
              </w:rPr>
            </w:pPr>
          </w:p>
          <w:p w:rsidR="00871C99" w:rsidRDefault="00871C99" w:rsidP="0065453A">
            <w:pPr>
              <w:snapToGrid w:val="0"/>
              <w:rPr>
                <w:rFonts w:ascii="Arial" w:hAnsi="Arial"/>
                <w:bCs/>
                <w:sz w:val="20"/>
                <w:szCs w:val="20"/>
                <w:lang w:val="fr-FR"/>
              </w:rPr>
            </w:pPr>
          </w:p>
          <w:p w:rsidR="00871C99" w:rsidRDefault="00871C99" w:rsidP="0065453A">
            <w:pPr>
              <w:snapToGrid w:val="0"/>
              <w:rPr>
                <w:rFonts w:ascii="Arial" w:hAnsi="Arial"/>
                <w:bCs/>
                <w:sz w:val="20"/>
                <w:szCs w:val="20"/>
                <w:lang w:val="fr-FR"/>
              </w:rPr>
            </w:pPr>
          </w:p>
          <w:p w:rsidR="00871C99" w:rsidRDefault="00871C99" w:rsidP="0065453A">
            <w:pPr>
              <w:snapToGrid w:val="0"/>
              <w:rPr>
                <w:rFonts w:ascii="Arial" w:hAnsi="Arial"/>
                <w:bCs/>
                <w:sz w:val="20"/>
                <w:szCs w:val="20"/>
                <w:lang w:val="fr-FR"/>
              </w:rPr>
            </w:pPr>
          </w:p>
          <w:p w:rsidR="00423801" w:rsidRPr="00871C99" w:rsidRDefault="00876315" w:rsidP="00871C99">
            <w:pPr>
              <w:snapToGrid w:val="0"/>
              <w:jc w:val="center"/>
              <w:rPr>
                <w:rFonts w:ascii="Arial" w:hAnsi="Arial"/>
                <w:b/>
                <w:bCs/>
                <w:sz w:val="20"/>
                <w:szCs w:val="20"/>
                <w:u w:val="single"/>
                <w:lang w:val="fr-FR"/>
              </w:rPr>
            </w:pPr>
            <w:r w:rsidRPr="00871C99">
              <w:rPr>
                <w:rFonts w:ascii="Arial" w:hAnsi="Arial"/>
                <w:b/>
                <w:bCs/>
                <w:sz w:val="20"/>
                <w:szCs w:val="20"/>
                <w:u w:val="single"/>
                <w:lang w:val="fr-FR"/>
              </w:rPr>
              <w:lastRenderedPageBreak/>
              <w:t xml:space="preserve">Vue </w:t>
            </w:r>
            <w:r w:rsidR="00423801" w:rsidRPr="00871C99">
              <w:rPr>
                <w:rFonts w:ascii="Arial" w:hAnsi="Arial"/>
                <w:b/>
                <w:bCs/>
                <w:sz w:val="20"/>
                <w:szCs w:val="20"/>
                <w:u w:val="single"/>
                <w:lang w:val="fr-FR"/>
              </w:rPr>
              <w:t>de la gestion d’équipe par les chefs :</w:t>
            </w:r>
          </w:p>
          <w:p w:rsidR="00876315" w:rsidRPr="00512555" w:rsidRDefault="00423801" w:rsidP="0065453A">
            <w:pPr>
              <w:snapToGrid w:val="0"/>
              <w:rPr>
                <w:rFonts w:ascii="Arial" w:hAnsi="Arial"/>
                <w:bCs/>
                <w:sz w:val="20"/>
                <w:szCs w:val="20"/>
                <w:lang w:val="fr-FR"/>
              </w:rPr>
            </w:pPr>
            <w:r w:rsidRPr="00423801">
              <w:rPr>
                <w:rFonts w:ascii="Arial" w:hAnsi="Arial"/>
                <w:bCs/>
                <w:noProof/>
                <w:sz w:val="20"/>
                <w:szCs w:val="20"/>
                <w:lang w:val="fr-FR"/>
              </w:rPr>
              <w:drawing>
                <wp:inline distT="0" distB="0" distL="0" distR="0" wp14:anchorId="4D74BA60" wp14:editId="6B14CFD8">
                  <wp:extent cx="6294755" cy="40347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4755" cy="4034790"/>
                          </a:xfrm>
                          <a:prstGeom prst="rect">
                            <a:avLst/>
                          </a:prstGeom>
                        </pic:spPr>
                      </pic:pic>
                    </a:graphicData>
                  </a:graphic>
                </wp:inline>
              </w:drawing>
            </w:r>
            <w:r w:rsidR="00876315" w:rsidRPr="00512555">
              <w:rPr>
                <w:rFonts w:ascii="Arial" w:hAnsi="Arial"/>
                <w:bCs/>
                <w:sz w:val="20"/>
                <w:szCs w:val="20"/>
                <w:lang w:val="fr-FR"/>
              </w:rPr>
              <w:t xml:space="preserve"> </w:t>
            </w:r>
          </w:p>
          <w:p w:rsidR="00423801" w:rsidRDefault="00423801" w:rsidP="00423801">
            <w:pPr>
              <w:snapToGrid w:val="0"/>
              <w:rPr>
                <w:rFonts w:ascii="Arial" w:hAnsi="Arial"/>
                <w:bCs/>
                <w:sz w:val="20"/>
                <w:szCs w:val="20"/>
                <w:lang w:val="fr-FR"/>
              </w:rPr>
            </w:pPr>
          </w:p>
          <w:p w:rsidR="00423801" w:rsidRPr="00871C99" w:rsidRDefault="00423801" w:rsidP="00871C99">
            <w:pPr>
              <w:snapToGrid w:val="0"/>
              <w:jc w:val="center"/>
              <w:rPr>
                <w:rFonts w:ascii="Arial" w:hAnsi="Arial"/>
                <w:b/>
                <w:bCs/>
                <w:sz w:val="20"/>
                <w:szCs w:val="20"/>
                <w:u w:val="single"/>
                <w:lang w:val="fr-FR"/>
              </w:rPr>
            </w:pPr>
            <w:r w:rsidRPr="00871C99">
              <w:rPr>
                <w:rFonts w:ascii="Arial" w:hAnsi="Arial"/>
                <w:b/>
                <w:bCs/>
                <w:sz w:val="20"/>
                <w:szCs w:val="20"/>
                <w:u w:val="single"/>
                <w:lang w:val="fr-FR"/>
              </w:rPr>
              <w:t>Dashboard d’un délégué :</w:t>
            </w:r>
          </w:p>
          <w:p w:rsidR="00423801" w:rsidRDefault="00423801" w:rsidP="00423801">
            <w:pPr>
              <w:snapToGrid w:val="0"/>
              <w:rPr>
                <w:rFonts w:ascii="Arial" w:hAnsi="Arial"/>
                <w:bCs/>
                <w:sz w:val="20"/>
                <w:szCs w:val="20"/>
                <w:lang w:val="fr-FR"/>
              </w:rPr>
            </w:pPr>
            <w:r w:rsidRPr="00423801">
              <w:rPr>
                <w:rFonts w:ascii="Arial" w:hAnsi="Arial"/>
                <w:bCs/>
                <w:noProof/>
                <w:sz w:val="20"/>
                <w:szCs w:val="20"/>
                <w:lang w:val="fr-FR"/>
              </w:rPr>
              <w:drawing>
                <wp:inline distT="0" distB="0" distL="0" distR="0" wp14:anchorId="6B54B9ED" wp14:editId="72B8E39D">
                  <wp:extent cx="6294755" cy="2683510"/>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4755" cy="2683510"/>
                          </a:xfrm>
                          <a:prstGeom prst="rect">
                            <a:avLst/>
                          </a:prstGeom>
                        </pic:spPr>
                      </pic:pic>
                    </a:graphicData>
                  </a:graphic>
                </wp:inline>
              </w:drawing>
            </w:r>
          </w:p>
          <w:p w:rsidR="00871C99" w:rsidRDefault="00871C99" w:rsidP="00423801">
            <w:pPr>
              <w:snapToGrid w:val="0"/>
              <w:rPr>
                <w:rFonts w:ascii="Arial" w:hAnsi="Arial"/>
                <w:bCs/>
                <w:sz w:val="20"/>
                <w:szCs w:val="20"/>
                <w:lang w:val="fr-FR"/>
              </w:rPr>
            </w:pPr>
          </w:p>
          <w:p w:rsidR="00871C99" w:rsidRDefault="00871C99" w:rsidP="00423801">
            <w:pPr>
              <w:snapToGrid w:val="0"/>
              <w:rPr>
                <w:rFonts w:ascii="Arial" w:hAnsi="Arial"/>
                <w:bCs/>
                <w:sz w:val="20"/>
                <w:szCs w:val="20"/>
                <w:lang w:val="fr-FR"/>
              </w:rPr>
            </w:pPr>
          </w:p>
          <w:p w:rsidR="00871C99" w:rsidRDefault="00871C99" w:rsidP="00423801">
            <w:pPr>
              <w:snapToGrid w:val="0"/>
              <w:rPr>
                <w:rFonts w:ascii="Arial" w:hAnsi="Arial"/>
                <w:bCs/>
                <w:sz w:val="20"/>
                <w:szCs w:val="20"/>
                <w:lang w:val="fr-FR"/>
              </w:rPr>
            </w:pPr>
          </w:p>
          <w:p w:rsidR="00871C99" w:rsidRDefault="00871C99" w:rsidP="00423801">
            <w:pPr>
              <w:snapToGrid w:val="0"/>
              <w:rPr>
                <w:rFonts w:ascii="Arial" w:hAnsi="Arial"/>
                <w:bCs/>
                <w:sz w:val="20"/>
                <w:szCs w:val="20"/>
                <w:lang w:val="fr-FR"/>
              </w:rPr>
            </w:pPr>
          </w:p>
          <w:p w:rsidR="00871C99" w:rsidRDefault="00871C99" w:rsidP="00423801">
            <w:pPr>
              <w:snapToGrid w:val="0"/>
              <w:rPr>
                <w:rFonts w:ascii="Arial" w:hAnsi="Arial"/>
                <w:bCs/>
                <w:sz w:val="20"/>
                <w:szCs w:val="20"/>
                <w:lang w:val="fr-FR"/>
              </w:rPr>
            </w:pPr>
          </w:p>
          <w:p w:rsidR="00423801" w:rsidRPr="00871C99" w:rsidRDefault="00423801" w:rsidP="00871C99">
            <w:pPr>
              <w:snapToGrid w:val="0"/>
              <w:jc w:val="center"/>
              <w:rPr>
                <w:rFonts w:ascii="Arial" w:hAnsi="Arial"/>
                <w:b/>
                <w:bCs/>
                <w:sz w:val="20"/>
                <w:szCs w:val="20"/>
                <w:u w:val="single"/>
                <w:lang w:val="fr-FR"/>
              </w:rPr>
            </w:pPr>
            <w:r w:rsidRPr="00871C99">
              <w:rPr>
                <w:rFonts w:ascii="Arial" w:hAnsi="Arial"/>
                <w:b/>
                <w:bCs/>
                <w:sz w:val="20"/>
                <w:szCs w:val="20"/>
                <w:u w:val="single"/>
                <w:lang w:val="fr-FR"/>
              </w:rPr>
              <w:lastRenderedPageBreak/>
              <w:t>Vue des rendez-vous de l’équipe d’un délégué régional :</w:t>
            </w:r>
          </w:p>
          <w:p w:rsidR="00423801" w:rsidRDefault="00423801" w:rsidP="00423801">
            <w:pPr>
              <w:snapToGrid w:val="0"/>
              <w:rPr>
                <w:rFonts w:ascii="Arial" w:hAnsi="Arial"/>
                <w:bCs/>
                <w:sz w:val="20"/>
                <w:szCs w:val="20"/>
                <w:lang w:val="fr-FR"/>
              </w:rPr>
            </w:pPr>
            <w:r w:rsidRPr="00423801">
              <w:rPr>
                <w:rFonts w:ascii="Arial" w:hAnsi="Arial"/>
                <w:bCs/>
                <w:noProof/>
                <w:sz w:val="20"/>
                <w:szCs w:val="20"/>
                <w:lang w:val="fr-FR"/>
              </w:rPr>
              <w:drawing>
                <wp:inline distT="0" distB="0" distL="0" distR="0" wp14:anchorId="3F6F7C07" wp14:editId="34123955">
                  <wp:extent cx="6294755" cy="219519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4755" cy="2195195"/>
                          </a:xfrm>
                          <a:prstGeom prst="rect">
                            <a:avLst/>
                          </a:prstGeom>
                        </pic:spPr>
                      </pic:pic>
                    </a:graphicData>
                  </a:graphic>
                </wp:inline>
              </w:drawing>
            </w:r>
          </w:p>
          <w:p w:rsidR="00876315" w:rsidRDefault="00876315" w:rsidP="00423801">
            <w:pPr>
              <w:snapToGrid w:val="0"/>
              <w:rPr>
                <w:rFonts w:ascii="Arial" w:hAnsi="Arial"/>
                <w:bCs/>
                <w:sz w:val="20"/>
                <w:szCs w:val="20"/>
                <w:lang w:val="fr-FR"/>
              </w:rPr>
            </w:pPr>
            <w:r w:rsidRPr="00876315">
              <w:rPr>
                <w:rFonts w:ascii="Arial" w:hAnsi="Arial"/>
                <w:bCs/>
                <w:sz w:val="20"/>
                <w:szCs w:val="20"/>
                <w:lang w:val="fr-FR"/>
              </w:rPr>
              <w:t xml:space="preserve"> </w:t>
            </w:r>
          </w:p>
          <w:p w:rsidR="00423801" w:rsidRPr="00871C99" w:rsidRDefault="00423801" w:rsidP="00871C99">
            <w:pPr>
              <w:snapToGrid w:val="0"/>
              <w:jc w:val="center"/>
              <w:rPr>
                <w:rFonts w:ascii="Arial" w:hAnsi="Arial"/>
                <w:b/>
                <w:bCs/>
                <w:sz w:val="20"/>
                <w:szCs w:val="20"/>
                <w:u w:val="single"/>
                <w:lang w:val="fr-FR"/>
              </w:rPr>
            </w:pPr>
            <w:r w:rsidRPr="00871C99">
              <w:rPr>
                <w:rFonts w:ascii="Arial" w:hAnsi="Arial"/>
                <w:b/>
                <w:bCs/>
                <w:sz w:val="20"/>
                <w:szCs w:val="20"/>
                <w:u w:val="single"/>
                <w:lang w:val="fr-FR"/>
              </w:rPr>
              <w:t>Vue et gestion des visiteurs d’un délégué régional :</w:t>
            </w:r>
          </w:p>
          <w:p w:rsidR="00423801" w:rsidRDefault="00423801" w:rsidP="00423801">
            <w:pPr>
              <w:snapToGrid w:val="0"/>
              <w:rPr>
                <w:rFonts w:ascii="Arial" w:hAnsi="Arial"/>
                <w:bCs/>
                <w:sz w:val="20"/>
                <w:szCs w:val="20"/>
                <w:lang w:val="fr-FR"/>
              </w:rPr>
            </w:pPr>
            <w:r w:rsidRPr="00423801">
              <w:rPr>
                <w:rFonts w:ascii="Arial" w:hAnsi="Arial"/>
                <w:bCs/>
                <w:noProof/>
                <w:sz w:val="20"/>
                <w:szCs w:val="20"/>
                <w:lang w:val="fr-FR"/>
              </w:rPr>
              <w:drawing>
                <wp:inline distT="0" distB="0" distL="0" distR="0" wp14:anchorId="2BA40661" wp14:editId="6E23612A">
                  <wp:extent cx="6294755" cy="2743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4755" cy="2743200"/>
                          </a:xfrm>
                          <a:prstGeom prst="rect">
                            <a:avLst/>
                          </a:prstGeom>
                        </pic:spPr>
                      </pic:pic>
                    </a:graphicData>
                  </a:graphic>
                </wp:inline>
              </w:drawing>
            </w:r>
          </w:p>
          <w:p w:rsidR="00423801" w:rsidRDefault="00423801" w:rsidP="00423801">
            <w:pPr>
              <w:snapToGrid w:val="0"/>
              <w:rPr>
                <w:rFonts w:ascii="Arial" w:hAnsi="Arial"/>
                <w:bCs/>
                <w:sz w:val="20"/>
                <w:szCs w:val="20"/>
                <w:lang w:val="fr-FR"/>
              </w:rPr>
            </w:pPr>
          </w:p>
          <w:p w:rsidR="00423801" w:rsidRPr="00871C99" w:rsidRDefault="00423801" w:rsidP="00871C99">
            <w:pPr>
              <w:snapToGrid w:val="0"/>
              <w:jc w:val="center"/>
              <w:rPr>
                <w:rFonts w:ascii="Arial" w:hAnsi="Arial"/>
                <w:b/>
                <w:bCs/>
                <w:sz w:val="20"/>
                <w:szCs w:val="20"/>
                <w:u w:val="single"/>
                <w:lang w:val="fr-FR"/>
              </w:rPr>
            </w:pPr>
            <w:r w:rsidRPr="00871C99">
              <w:rPr>
                <w:rFonts w:ascii="Arial" w:hAnsi="Arial"/>
                <w:b/>
                <w:bCs/>
                <w:sz w:val="20"/>
                <w:szCs w:val="20"/>
                <w:u w:val="single"/>
                <w:lang w:val="fr-FR"/>
              </w:rPr>
              <w:t>Dashboard d’un visiteur :</w:t>
            </w:r>
          </w:p>
          <w:p w:rsidR="00423801" w:rsidRDefault="00423801" w:rsidP="00423801">
            <w:pPr>
              <w:snapToGrid w:val="0"/>
              <w:rPr>
                <w:rFonts w:ascii="Arial" w:hAnsi="Arial"/>
                <w:bCs/>
                <w:sz w:val="20"/>
                <w:szCs w:val="20"/>
                <w:lang w:val="fr-FR"/>
              </w:rPr>
            </w:pPr>
            <w:r w:rsidRPr="00423801">
              <w:rPr>
                <w:rFonts w:ascii="Arial" w:hAnsi="Arial"/>
                <w:bCs/>
                <w:noProof/>
                <w:sz w:val="20"/>
                <w:szCs w:val="20"/>
                <w:lang w:val="fr-FR"/>
              </w:rPr>
              <w:drawing>
                <wp:inline distT="0" distB="0" distL="0" distR="0" wp14:anchorId="13A7B69C" wp14:editId="11EFE6DD">
                  <wp:extent cx="6294755" cy="25031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4755" cy="2503170"/>
                          </a:xfrm>
                          <a:prstGeom prst="rect">
                            <a:avLst/>
                          </a:prstGeom>
                        </pic:spPr>
                      </pic:pic>
                    </a:graphicData>
                  </a:graphic>
                </wp:inline>
              </w:drawing>
            </w:r>
          </w:p>
          <w:p w:rsidR="00423801" w:rsidRPr="00871C99" w:rsidRDefault="00423801" w:rsidP="00871C99">
            <w:pPr>
              <w:snapToGrid w:val="0"/>
              <w:jc w:val="center"/>
              <w:rPr>
                <w:rFonts w:ascii="Arial" w:hAnsi="Arial"/>
                <w:b/>
                <w:bCs/>
                <w:sz w:val="20"/>
                <w:szCs w:val="20"/>
                <w:u w:val="single"/>
                <w:lang w:val="fr-FR"/>
              </w:rPr>
            </w:pPr>
            <w:r w:rsidRPr="00871C99">
              <w:rPr>
                <w:rFonts w:ascii="Arial" w:hAnsi="Arial"/>
                <w:b/>
                <w:bCs/>
                <w:sz w:val="20"/>
                <w:szCs w:val="20"/>
                <w:u w:val="single"/>
                <w:lang w:val="fr-FR"/>
              </w:rPr>
              <w:lastRenderedPageBreak/>
              <w:t>Le visiteur ne voit que ses propres rendez-vous :</w:t>
            </w:r>
          </w:p>
          <w:p w:rsidR="00423801" w:rsidRPr="00512555" w:rsidRDefault="00423801" w:rsidP="00423801">
            <w:pPr>
              <w:snapToGrid w:val="0"/>
              <w:rPr>
                <w:rFonts w:ascii="Arial" w:hAnsi="Arial"/>
                <w:bCs/>
                <w:sz w:val="20"/>
                <w:szCs w:val="20"/>
                <w:lang w:val="fr-FR"/>
              </w:rPr>
            </w:pPr>
            <w:r w:rsidRPr="00423801">
              <w:rPr>
                <w:rFonts w:ascii="Arial" w:hAnsi="Arial"/>
                <w:bCs/>
                <w:noProof/>
                <w:sz w:val="20"/>
                <w:szCs w:val="20"/>
                <w:lang w:val="fr-FR"/>
              </w:rPr>
              <w:drawing>
                <wp:inline distT="0" distB="0" distL="0" distR="0" wp14:anchorId="0182B821" wp14:editId="59C57A85">
                  <wp:extent cx="6294755" cy="16065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4755" cy="1606550"/>
                          </a:xfrm>
                          <a:prstGeom prst="rect">
                            <a:avLst/>
                          </a:prstGeom>
                        </pic:spPr>
                      </pic:pic>
                    </a:graphicData>
                  </a:graphic>
                </wp:inline>
              </w:drawing>
            </w:r>
          </w:p>
        </w:tc>
      </w:tr>
    </w:tbl>
    <w:p w:rsidR="00876315" w:rsidRPr="00512555" w:rsidRDefault="00876315" w:rsidP="00876315">
      <w:pPr>
        <w:rPr>
          <w:rFonts w:ascii="Arial" w:hAnsi="Arial" w:cs="Arial"/>
          <w:b/>
          <w:bCs/>
          <w:lang w:val="fr-FR"/>
        </w:rPr>
        <w:sectPr w:rsidR="00876315" w:rsidRPr="00512555" w:rsidSect="0025108C">
          <w:footerReference w:type="default" r:id="rId28"/>
          <w:pgSz w:w="11900" w:h="16840"/>
          <w:pgMar w:top="851" w:right="1134" w:bottom="851" w:left="1134" w:header="709" w:footer="709" w:gutter="0"/>
          <w:cols w:space="708"/>
          <w:docGrid w:linePitch="360"/>
        </w:sectPr>
      </w:pPr>
    </w:p>
    <w:p w:rsidR="006B154B" w:rsidRPr="00C77B3D" w:rsidRDefault="006B154B" w:rsidP="00CF223E">
      <w:pPr>
        <w:rPr>
          <w:b/>
          <w:lang w:val="fr-FR"/>
        </w:rPr>
      </w:pPr>
      <w:bookmarkStart w:id="1" w:name="_GoBack"/>
      <w:bookmarkEnd w:id="1"/>
    </w:p>
    <w:sectPr w:rsidR="006B154B" w:rsidRPr="00C77B3D" w:rsidSect="00D87FDB">
      <w:pgSz w:w="16840" w:h="11900" w:orient="landscape"/>
      <w:pgMar w:top="1134" w:right="851" w:bottom="1134" w:left="567"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20DC" w:rsidRDefault="005A20DC" w:rsidP="00876315">
      <w:pPr>
        <w:spacing w:after="0" w:line="240" w:lineRule="auto"/>
      </w:pPr>
      <w:r>
        <w:separator/>
      </w:r>
    </w:p>
  </w:endnote>
  <w:endnote w:type="continuationSeparator" w:id="0">
    <w:p w:rsidR="005A20DC" w:rsidRDefault="005A20DC" w:rsidP="00876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004184"/>
      <w:docPartObj>
        <w:docPartGallery w:val="Page Numbers (Bottom of Page)"/>
        <w:docPartUnique/>
      </w:docPartObj>
    </w:sdtPr>
    <w:sdtEndPr>
      <w:rPr>
        <w:rFonts w:ascii="Arial" w:hAnsi="Arial" w:cs="Arial"/>
      </w:rPr>
    </w:sdtEndPr>
    <w:sdtContent>
      <w:p w:rsidR="00876315" w:rsidRPr="0098140B" w:rsidRDefault="00876315" w:rsidP="001B7BA8">
        <w:pPr>
          <w:pStyle w:val="Pieddepage"/>
          <w:ind w:right="240"/>
          <w:jc w:val="right"/>
          <w:rPr>
            <w:rFonts w:ascii="Arial" w:hAnsi="Arial" w:cs="Arial"/>
          </w:rPr>
        </w:pPr>
        <w:r w:rsidRPr="0098140B">
          <w:rPr>
            <w:rFonts w:ascii="Arial" w:hAnsi="Arial" w:cs="Arial"/>
            <w:sz w:val="20"/>
            <w:szCs w:val="20"/>
          </w:rPr>
          <w:fldChar w:fldCharType="begin"/>
        </w:r>
        <w:r w:rsidRPr="0098140B">
          <w:rPr>
            <w:rFonts w:ascii="Arial" w:hAnsi="Arial" w:cs="Arial"/>
            <w:sz w:val="20"/>
            <w:szCs w:val="20"/>
          </w:rPr>
          <w:instrText>PAGE   \* MERGEFORMAT</w:instrText>
        </w:r>
        <w:r w:rsidRPr="0098140B">
          <w:rPr>
            <w:rFonts w:ascii="Arial" w:hAnsi="Arial" w:cs="Arial"/>
            <w:sz w:val="20"/>
            <w:szCs w:val="20"/>
          </w:rPr>
          <w:fldChar w:fldCharType="separate"/>
        </w:r>
        <w:r>
          <w:rPr>
            <w:rFonts w:ascii="Arial" w:hAnsi="Arial" w:cs="Arial"/>
            <w:noProof/>
            <w:sz w:val="20"/>
            <w:szCs w:val="20"/>
          </w:rPr>
          <w:t>16</w:t>
        </w:r>
        <w:r w:rsidRPr="0098140B">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20DC" w:rsidRDefault="005A20DC" w:rsidP="00876315">
      <w:pPr>
        <w:spacing w:after="0" w:line="240" w:lineRule="auto"/>
      </w:pPr>
      <w:r>
        <w:separator/>
      </w:r>
    </w:p>
  </w:footnote>
  <w:footnote w:type="continuationSeparator" w:id="0">
    <w:p w:rsidR="005A20DC" w:rsidRDefault="005A20DC" w:rsidP="00876315">
      <w:pPr>
        <w:spacing w:after="0" w:line="240" w:lineRule="auto"/>
      </w:pPr>
      <w:r>
        <w:continuationSeparator/>
      </w:r>
    </w:p>
  </w:footnote>
  <w:footnote w:id="1">
    <w:p w:rsidR="00876315" w:rsidRPr="00F24F76" w:rsidRDefault="00876315" w:rsidP="00876315">
      <w:pPr>
        <w:pStyle w:val="Notedebasdepage"/>
        <w:jc w:val="both"/>
        <w:rPr>
          <w:rFonts w:ascii="Arial" w:hAnsi="Arial"/>
          <w:sz w:val="16"/>
          <w:szCs w:val="18"/>
        </w:rPr>
      </w:pPr>
      <w:r>
        <w:rPr>
          <w:rStyle w:val="Appelnotedebasdep"/>
        </w:rPr>
        <w:footnoteRef/>
      </w:r>
      <w:r>
        <w:rPr>
          <w:rStyle w:val="Appelnotedebasdep"/>
        </w:rPr>
        <w:t xml:space="preserve"> </w:t>
      </w:r>
      <w:r w:rsidRPr="00F24F76">
        <w:rPr>
          <w:rFonts w:ascii="Arial" w:hAnsi="Arial"/>
          <w:sz w:val="16"/>
          <w:szCs w:val="18"/>
        </w:rPr>
        <w:t xml:space="preserve">En référence aux </w:t>
      </w:r>
      <w:r w:rsidRPr="00F24F76">
        <w:rPr>
          <w:rFonts w:ascii="Arial" w:hAnsi="Arial"/>
          <w:i/>
          <w:iCs/>
          <w:sz w:val="16"/>
          <w:szCs w:val="18"/>
        </w:rPr>
        <w:t>conditions de réalisation et ressources nécessaires</w:t>
      </w:r>
      <w:r w:rsidRPr="00F24F76">
        <w:rPr>
          <w:rFonts w:ascii="Arial" w:hAnsi="Arial"/>
          <w:sz w:val="16"/>
          <w:szCs w:val="18"/>
        </w:rPr>
        <w:t xml:space="preserve"> du bloc « </w:t>
      </w:r>
      <w:r w:rsidRPr="00961805">
        <w:rPr>
          <w:rFonts w:ascii="Arial" w:hAnsi="Arial"/>
          <w:sz w:val="16"/>
          <w:szCs w:val="18"/>
        </w:rPr>
        <w:t>Conception et développement d'application</w:t>
      </w:r>
      <w:r>
        <w:rPr>
          <w:rFonts w:ascii="Arial" w:hAnsi="Arial"/>
          <w:sz w:val="16"/>
          <w:szCs w:val="18"/>
        </w:rPr>
        <w:t>s</w:t>
      </w:r>
      <w:r w:rsidRPr="00F24F76">
        <w:rPr>
          <w:rFonts w:ascii="Arial" w:hAnsi="Arial"/>
          <w:sz w:val="16"/>
          <w:szCs w:val="18"/>
        </w:rPr>
        <w:t> » prévues dans le référentiel de certification du BTS SIO.</w:t>
      </w:r>
    </w:p>
  </w:footnote>
  <w:footnote w:id="2">
    <w:p w:rsidR="00876315" w:rsidRPr="00F24F76" w:rsidRDefault="00876315" w:rsidP="00876315">
      <w:pPr>
        <w:pStyle w:val="Notedebasdepage"/>
        <w:rPr>
          <w:rFonts w:ascii="Arial" w:hAnsi="Arial" w:cs="Arial"/>
          <w:sz w:val="16"/>
          <w:szCs w:val="16"/>
        </w:rPr>
      </w:pPr>
      <w:r>
        <w:rPr>
          <w:rStyle w:val="Appelnotedebasdep"/>
        </w:rPr>
        <w:footnoteRef/>
      </w:r>
      <w:r w:rsidRPr="00F24F76">
        <w:rPr>
          <w:rFonts w:ascii="Arial" w:hAnsi="Arial" w:cs="Arial"/>
          <w:sz w:val="16"/>
          <w:szCs w:val="16"/>
        </w:rPr>
        <w:t xml:space="preserve"> </w:t>
      </w:r>
      <w:r>
        <w:rPr>
          <w:rFonts w:ascii="Arial" w:hAnsi="Arial" w:cs="Arial"/>
          <w:sz w:val="16"/>
          <w:szCs w:val="16"/>
        </w:rPr>
        <w:t>Les réalisations professionnelles sont</w:t>
      </w:r>
      <w:r w:rsidRPr="00F24F76">
        <w:rPr>
          <w:rFonts w:ascii="Arial" w:hAnsi="Arial" w:cs="Arial"/>
          <w:sz w:val="16"/>
          <w:szCs w:val="16"/>
        </w:rPr>
        <w:t xml:space="preserve"> élaborées dans un environnement technologique conforme à l’annexe II.E</w:t>
      </w:r>
      <w:r>
        <w:rPr>
          <w:rFonts w:ascii="Arial" w:hAnsi="Arial" w:cs="Arial"/>
          <w:sz w:val="16"/>
          <w:szCs w:val="16"/>
        </w:rPr>
        <w:t xml:space="preserve"> du </w:t>
      </w:r>
      <w:r w:rsidRPr="00F24F76">
        <w:rPr>
          <w:rFonts w:ascii="Arial" w:hAnsi="Arial"/>
          <w:sz w:val="16"/>
          <w:szCs w:val="22"/>
        </w:rPr>
        <w:t>référentiel du BTS SIO</w:t>
      </w:r>
      <w:r>
        <w:rPr>
          <w:rFonts w:ascii="Arial" w:hAnsi="Arial"/>
          <w:sz w:val="16"/>
          <w:szCs w:val="22"/>
        </w:rPr>
        <w:t>.</w:t>
      </w:r>
    </w:p>
  </w:footnote>
  <w:footnote w:id="3">
    <w:p w:rsidR="00876315" w:rsidRPr="00876315" w:rsidRDefault="00876315" w:rsidP="00876315">
      <w:pPr>
        <w:autoSpaceDE w:val="0"/>
        <w:autoSpaceDN w:val="0"/>
        <w:adjustRightInd w:val="0"/>
        <w:jc w:val="both"/>
        <w:rPr>
          <w:rFonts w:ascii="Arial" w:hAnsi="Arial"/>
          <w:sz w:val="18"/>
          <w:lang w:val="fr-FR"/>
        </w:rPr>
      </w:pPr>
      <w:r>
        <w:rPr>
          <w:rStyle w:val="Appelnotedebasdep"/>
          <w:rFonts w:ascii="Arial" w:hAnsi="Arial"/>
          <w:sz w:val="18"/>
        </w:rPr>
        <w:footnoteRef/>
      </w:r>
      <w:r w:rsidRPr="00876315">
        <w:rPr>
          <w:rFonts w:ascii="Arial" w:hAnsi="Arial"/>
          <w:sz w:val="18"/>
          <w:lang w:val="fr-FR"/>
        </w:rPr>
        <w:t xml:space="preserve"> </w:t>
      </w:r>
      <w:r w:rsidRPr="00876315">
        <w:rPr>
          <w:rFonts w:ascii="Arial" w:hAnsi="Arial"/>
          <w:sz w:val="16"/>
          <w:lang w:val="fr-FR"/>
        </w:rPr>
        <w:t>Conformément au référentiel du BTS SIO « </w:t>
      </w:r>
      <w:r w:rsidRPr="00876315">
        <w:rPr>
          <w:rFonts w:ascii="Arial" w:hAnsi="Arial"/>
          <w:i/>
          <w:iCs/>
          <w:sz w:val="16"/>
          <w:lang w:val="fr-FR"/>
        </w:rPr>
        <w:t>Dans tous les cas, les candidats doivent se munir des outils et ressources techniques nécessaires au déroulement de l’épreuve. Ils sont seuls responsables de la disponibilité et de la mise en œuvre de ces outils et ressources. La circulaire nationale d’organisation précise les conditions matérielles de déroulement des interrogations et les pénalités à appliquer aux candidats qui ne se seraient pas munis des éléments nécessaires au déroulement de l’épreuve.</w:t>
      </w:r>
      <w:r w:rsidRPr="00876315">
        <w:rPr>
          <w:rFonts w:ascii="Arial" w:hAnsi="Arial"/>
          <w:sz w:val="16"/>
          <w:lang w:val="fr-FR"/>
        </w:rPr>
        <w:t> ». Les éléments peuvent être un identifiant, un mot de passe, une adresse réticulaire (URL) d’un espace de stockage et de la présentation de l’organisation du stockage.</w:t>
      </w:r>
    </w:p>
  </w:footnote>
  <w:footnote w:id="4">
    <w:p w:rsidR="00876315" w:rsidRPr="00876315" w:rsidRDefault="00876315" w:rsidP="00876315">
      <w:pPr>
        <w:autoSpaceDE w:val="0"/>
        <w:autoSpaceDN w:val="0"/>
        <w:adjustRightInd w:val="0"/>
        <w:jc w:val="both"/>
        <w:rPr>
          <w:rFonts w:ascii="Arial" w:hAnsi="Arial"/>
          <w:sz w:val="18"/>
          <w:lang w:val="fr-FR"/>
        </w:rPr>
      </w:pPr>
      <w:r>
        <w:rPr>
          <w:rStyle w:val="Appelnotedebasdep"/>
          <w:rFonts w:ascii="Arial" w:hAnsi="Arial"/>
          <w:sz w:val="18"/>
        </w:rPr>
        <w:footnoteRef/>
      </w:r>
      <w:r w:rsidRPr="00876315">
        <w:rPr>
          <w:rFonts w:ascii="Arial" w:hAnsi="Arial"/>
          <w:sz w:val="18"/>
          <w:lang w:val="fr-FR"/>
        </w:rPr>
        <w:t xml:space="preserve"> </w:t>
      </w:r>
      <w:r w:rsidRPr="00876315">
        <w:rPr>
          <w:rFonts w:ascii="Arial" w:hAnsi="Arial"/>
          <w:sz w:val="16"/>
          <w:lang w:val="fr-FR"/>
        </w:rPr>
        <w:t>Lien vers la documentation complète, précisant et décrivant, si cela n’a été fait au verso de la fiche, la réalisation professionnelle, par exemples service fourni par la réalisation, interfaces utilisateurs, description des classes ou de la base de données.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FC76C3C"/>
    <w:multiLevelType w:val="hybridMultilevel"/>
    <w:tmpl w:val="C204AAE4"/>
    <w:lvl w:ilvl="0" w:tplc="FFFFFFFF">
      <w:numFmt w:val="bullet"/>
      <w:lvlText w:val="-"/>
      <w:lvlJc w:val="left"/>
      <w:pPr>
        <w:tabs>
          <w:tab w:val="num" w:pos="720"/>
        </w:tabs>
        <w:ind w:left="720" w:hanging="360"/>
      </w:pPr>
      <w:rPr>
        <w:rFonts w:ascii="Arial" w:eastAsia="Times"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9175CC"/>
    <w:multiLevelType w:val="multilevel"/>
    <w:tmpl w:val="AE78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8C5DD4"/>
    <w:multiLevelType w:val="multilevel"/>
    <w:tmpl w:val="BC24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CF5F16"/>
    <w:multiLevelType w:val="hybridMultilevel"/>
    <w:tmpl w:val="F03496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E4A6C2E"/>
    <w:multiLevelType w:val="multilevel"/>
    <w:tmpl w:val="BCDC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1"/>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539FF"/>
    <w:rsid w:val="001B518F"/>
    <w:rsid w:val="0029639D"/>
    <w:rsid w:val="00326F90"/>
    <w:rsid w:val="00357BA2"/>
    <w:rsid w:val="00423801"/>
    <w:rsid w:val="00470E3D"/>
    <w:rsid w:val="00480200"/>
    <w:rsid w:val="00512555"/>
    <w:rsid w:val="005A20DC"/>
    <w:rsid w:val="006261D5"/>
    <w:rsid w:val="0067572B"/>
    <w:rsid w:val="006B154B"/>
    <w:rsid w:val="00871C99"/>
    <w:rsid w:val="00876315"/>
    <w:rsid w:val="00884802"/>
    <w:rsid w:val="00887F12"/>
    <w:rsid w:val="008E0EE9"/>
    <w:rsid w:val="00AA1D8D"/>
    <w:rsid w:val="00B47730"/>
    <w:rsid w:val="00B60FB4"/>
    <w:rsid w:val="00C1556A"/>
    <w:rsid w:val="00C77B3D"/>
    <w:rsid w:val="00CB0664"/>
    <w:rsid w:val="00CF223E"/>
    <w:rsid w:val="00E73118"/>
    <w:rsid w:val="00EA18DF"/>
    <w:rsid w:val="00F037A4"/>
    <w:rsid w:val="00F870FE"/>
    <w:rsid w:val="00FA200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7F475A"/>
  <w14:defaultImageDpi w14:val="300"/>
  <w15:docId w15:val="{B0D22D4E-0263-43AB-8C54-5FF37B18E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tedebasdepage">
    <w:name w:val="footnote text"/>
    <w:basedOn w:val="Normal"/>
    <w:link w:val="NotedebasdepageCar"/>
    <w:semiHidden/>
    <w:rsid w:val="00876315"/>
    <w:pPr>
      <w:suppressAutoHyphens/>
      <w:spacing w:after="0" w:line="240" w:lineRule="auto"/>
    </w:pPr>
    <w:rPr>
      <w:rFonts w:ascii="Times" w:eastAsia="Times" w:hAnsi="Times" w:cs="Times"/>
      <w:sz w:val="20"/>
      <w:szCs w:val="20"/>
      <w:lang w:val="fr-FR" w:eastAsia="ar-SA"/>
    </w:rPr>
  </w:style>
  <w:style w:type="character" w:customStyle="1" w:styleId="NotedebasdepageCar">
    <w:name w:val="Note de bas de page Car"/>
    <w:basedOn w:val="Policepardfaut"/>
    <w:link w:val="Notedebasdepage"/>
    <w:semiHidden/>
    <w:rsid w:val="00876315"/>
    <w:rPr>
      <w:rFonts w:ascii="Times" w:eastAsia="Times" w:hAnsi="Times" w:cs="Times"/>
      <w:sz w:val="20"/>
      <w:szCs w:val="20"/>
      <w:lang w:val="fr-FR" w:eastAsia="ar-SA"/>
    </w:rPr>
  </w:style>
  <w:style w:type="character" w:styleId="Appelnotedebasdep">
    <w:name w:val="footnote reference"/>
    <w:semiHidden/>
    <w:rsid w:val="00876315"/>
    <w:rPr>
      <w:vertAlign w:val="superscript"/>
    </w:rPr>
  </w:style>
  <w:style w:type="character" w:styleId="Lienhypertexte">
    <w:name w:val="Hyperlink"/>
    <w:basedOn w:val="Policepardfaut"/>
    <w:uiPriority w:val="99"/>
    <w:unhideWhenUsed/>
    <w:rsid w:val="00876315"/>
    <w:rPr>
      <w:color w:val="0000FF" w:themeColor="hyperlink"/>
      <w:u w:val="single"/>
    </w:rPr>
  </w:style>
  <w:style w:type="paragraph" w:styleId="NormalWeb">
    <w:name w:val="Normal (Web)"/>
    <w:basedOn w:val="Normal"/>
    <w:uiPriority w:val="99"/>
    <w:semiHidden/>
    <w:unhideWhenUsed/>
    <w:rsid w:val="00357BA2"/>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026403">
      <w:bodyDiv w:val="1"/>
      <w:marLeft w:val="0"/>
      <w:marRight w:val="0"/>
      <w:marTop w:val="0"/>
      <w:marBottom w:val="0"/>
      <w:divBdr>
        <w:top w:val="none" w:sz="0" w:space="0" w:color="auto"/>
        <w:left w:val="none" w:sz="0" w:space="0" w:color="auto"/>
        <w:bottom w:val="none" w:sz="0" w:space="0" w:color="auto"/>
        <w:right w:val="none" w:sz="0" w:space="0" w:color="auto"/>
      </w:divBdr>
    </w:div>
    <w:div w:id="457914290">
      <w:bodyDiv w:val="1"/>
      <w:marLeft w:val="0"/>
      <w:marRight w:val="0"/>
      <w:marTop w:val="0"/>
      <w:marBottom w:val="0"/>
      <w:divBdr>
        <w:top w:val="none" w:sz="0" w:space="0" w:color="auto"/>
        <w:left w:val="none" w:sz="0" w:space="0" w:color="auto"/>
        <w:bottom w:val="none" w:sz="0" w:space="0" w:color="auto"/>
        <w:right w:val="none" w:sz="0" w:space="0" w:color="auto"/>
      </w:divBdr>
    </w:div>
    <w:div w:id="1382360707">
      <w:bodyDiv w:val="1"/>
      <w:marLeft w:val="0"/>
      <w:marRight w:val="0"/>
      <w:marTop w:val="0"/>
      <w:marBottom w:val="0"/>
      <w:divBdr>
        <w:top w:val="none" w:sz="0" w:space="0" w:color="auto"/>
        <w:left w:val="none" w:sz="0" w:space="0" w:color="auto"/>
        <w:bottom w:val="none" w:sz="0" w:space="0" w:color="auto"/>
        <w:right w:val="none" w:sz="0" w:space="0" w:color="auto"/>
      </w:divBdr>
    </w:div>
    <w:div w:id="1726836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phpmyadmin.net/en/lates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dev.mysql.com/doc/relnotes/mysql/8.0/e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3ADC9-7C3F-4A36-83D3-1B11DA1FC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15</Pages>
  <Words>776</Words>
  <Characters>4273</Characters>
  <Application>Microsoft Office Word</Application>
  <DocSecurity>0</DocSecurity>
  <Lines>35</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5039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Sacha POUSSY</cp:lastModifiedBy>
  <cp:revision>12</cp:revision>
  <dcterms:created xsi:type="dcterms:W3CDTF">2026-05-06T10:08:00Z</dcterms:created>
  <dcterms:modified xsi:type="dcterms:W3CDTF">2026-05-06T18:42:00Z</dcterms:modified>
  <cp:category/>
</cp:coreProperties>
</file>